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60C98" w14:textId="43A9429E" w:rsidR="003B5CC3" w:rsidRPr="00F930F6" w:rsidRDefault="00525999">
      <w:pPr>
        <w:pStyle w:val="Heading1"/>
        <w:rPr>
          <w:sz w:val="40"/>
          <w:szCs w:val="40"/>
        </w:rPr>
      </w:pPr>
      <w:r>
        <w:rPr>
          <w:rFonts w:asciiTheme="minorHAnsi" w:hAnsiTheme="minorHAnsi"/>
          <w:noProof/>
          <w:sz w:val="40"/>
          <w:szCs w:val="40"/>
        </w:rPr>
        <w:drawing>
          <wp:anchor distT="0" distB="0" distL="114300" distR="114300" simplePos="0" relativeHeight="251657728" behindDoc="0" locked="0" layoutInCell="1" allowOverlap="1" wp14:anchorId="30F53061" wp14:editId="2F96D15E">
            <wp:simplePos x="0" y="0"/>
            <wp:positionH relativeFrom="column">
              <wp:posOffset>4715933</wp:posOffset>
            </wp:positionH>
            <wp:positionV relativeFrom="paragraph">
              <wp:posOffset>-279400</wp:posOffset>
            </wp:positionV>
            <wp:extent cx="1687484" cy="1687484"/>
            <wp:effectExtent l="0" t="0" r="1905" b="1905"/>
            <wp:wrapNone/>
            <wp:docPr id="8059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1995" name="Picture 1"/>
                    <pic:cNvPicPr/>
                  </pic:nvPicPr>
                  <pic:blipFill>
                    <a:blip r:embed="rId8"/>
                    <a:stretch>
                      <a:fillRect/>
                    </a:stretch>
                  </pic:blipFill>
                  <pic:spPr>
                    <a:xfrm>
                      <a:off x="0" y="0"/>
                      <a:ext cx="1687484" cy="1687484"/>
                    </a:xfrm>
                    <a:prstGeom prst="rect">
                      <a:avLst/>
                    </a:prstGeom>
                  </pic:spPr>
                </pic:pic>
              </a:graphicData>
            </a:graphic>
            <wp14:sizeRelH relativeFrom="page">
              <wp14:pctWidth>0</wp14:pctWidth>
            </wp14:sizeRelH>
            <wp14:sizeRelV relativeFrom="page">
              <wp14:pctHeight>0</wp14:pctHeight>
            </wp14:sizeRelV>
          </wp:anchor>
        </w:drawing>
      </w:r>
      <w:r w:rsidRPr="00F930F6">
        <w:rPr>
          <w:sz w:val="40"/>
          <w:szCs w:val="40"/>
        </w:rPr>
        <w:t>3-Day Food Diary</w:t>
      </w:r>
    </w:p>
    <w:p w14:paraId="6190C4FA" w14:textId="4F3B3106" w:rsidR="00F930F6" w:rsidRPr="00F930F6" w:rsidRDefault="00F930F6" w:rsidP="00F930F6"/>
    <w:p w14:paraId="18B5D2AC" w14:textId="1649E691" w:rsidR="00F930F6" w:rsidRDefault="00F930F6">
      <w:pPr>
        <w:pStyle w:val="Heading2"/>
      </w:pPr>
    </w:p>
    <w:p w14:paraId="5B3F2066" w14:textId="2204441D" w:rsidR="003B5CC3" w:rsidRDefault="00000000">
      <w:pPr>
        <w:pStyle w:val="Heading2"/>
      </w:pPr>
      <w:r>
        <w:t>Guidance Notes</w:t>
      </w:r>
    </w:p>
    <w:p w14:paraId="20047D38" w14:textId="0CF816E3" w:rsidR="006F6273" w:rsidRPr="006F6273" w:rsidRDefault="006F6273" w:rsidP="006F6273"/>
    <w:p w14:paraId="3696D223" w14:textId="29E3E950" w:rsidR="00525999" w:rsidRDefault="00525999" w:rsidP="00525999">
      <w:pPr>
        <w:pStyle w:val="NormalWeb"/>
      </w:pPr>
      <w:r>
        <w:t>Please complete this food diary as accurately and honestly as possible during your selected recording week.</w:t>
      </w:r>
    </w:p>
    <w:p w14:paraId="530858BD" w14:textId="77777777" w:rsidR="00525999" w:rsidRDefault="00525999" w:rsidP="00525999">
      <w:pPr>
        <w:pStyle w:val="NormalWeb"/>
      </w:pPr>
      <w:r>
        <w:t>Please record all meals, snacks, drinks, supplements, sauces, oils, and protein-based foods consumed throughout the day.</w:t>
      </w:r>
    </w:p>
    <w:p w14:paraId="02412434" w14:textId="0E8FB2E8" w:rsidR="00525999" w:rsidRPr="00525999" w:rsidRDefault="00525999" w:rsidP="00525999">
      <w:pPr>
        <w:pStyle w:val="NormalWeb"/>
        <w:rPr>
          <w:b/>
          <w:bCs/>
        </w:rPr>
      </w:pPr>
      <w:r w:rsidRPr="00525999">
        <w:rPr>
          <w:b/>
          <w:bCs/>
        </w:rPr>
        <w:t>Please include two weekdays and one weekend day.</w:t>
      </w:r>
    </w:p>
    <w:p w14:paraId="181694B1" w14:textId="6EAA55D4" w:rsidR="00525999" w:rsidRDefault="00525999" w:rsidP="00525999">
      <w:pPr>
        <w:pStyle w:val="NormalWeb"/>
      </w:pPr>
      <w:r>
        <w:t>Whilst weighing or tracking food can be helpful where convenient, there is no requirement to do this for the study. Please use the portion guides and examples provided to help estimate your usual food intake as accurately as possible.</w:t>
      </w:r>
    </w:p>
    <w:p w14:paraId="35530DD1" w14:textId="4C56C9C6" w:rsidR="00525999" w:rsidRDefault="00525999" w:rsidP="00525999">
      <w:pPr>
        <w:pStyle w:val="NormalWeb"/>
      </w:pPr>
      <w:r>
        <w:t>Examples of portion sizes may include cups, tablespoons, slices, grams, packets, household measures, or weighed amounts if known.</w:t>
      </w:r>
    </w:p>
    <w:p w14:paraId="4E45C84B" w14:textId="150388F1" w:rsidR="00525999" w:rsidRDefault="00525999" w:rsidP="00525999">
      <w:pPr>
        <w:pStyle w:val="NormalWeb"/>
      </w:pPr>
      <w:r>
        <w:t>Please try to complete all sections during the same selected recording week to help provide a representative overview of your usual dietary intake and physical activity habits.</w:t>
      </w:r>
    </w:p>
    <w:p w14:paraId="6621B604" w14:textId="77777777" w:rsidR="00525999" w:rsidRDefault="00525999" w:rsidP="00525999">
      <w:pPr>
        <w:pStyle w:val="NormalWeb"/>
      </w:pPr>
      <w:r>
        <w:t>You do not need to print the example pages or portion guide unless you would personally find them helpful. Only the food diary recording pages need to be completed and returned.</w:t>
      </w:r>
    </w:p>
    <w:p w14:paraId="3650B050" w14:textId="77777777" w:rsidR="00525999" w:rsidRDefault="00525999" w:rsidP="00525999">
      <w:pPr>
        <w:pStyle w:val="NormalWeb"/>
      </w:pPr>
      <w:r w:rsidRPr="00525999">
        <w:rPr>
          <w:color w:val="EE0000"/>
        </w:rPr>
        <w:t xml:space="preserve">Once completed, please return this document </w:t>
      </w:r>
      <w:r>
        <w:t xml:space="preserve">either by email to </w:t>
      </w:r>
      <w:r>
        <w:rPr>
          <w:rStyle w:val="Strong"/>
        </w:rPr>
        <w:t>SH2310@live.mdx.ac.uk</w:t>
      </w:r>
      <w:r>
        <w:t xml:space="preserve"> or by leaving a printed copy at </w:t>
      </w:r>
      <w:r>
        <w:rPr>
          <w:rStyle w:val="Strong"/>
        </w:rPr>
        <w:t>Harris Mind &amp; Body reception</w:t>
      </w:r>
      <w:r>
        <w:t xml:space="preserve"> for Sarah to collect.</w:t>
      </w:r>
    </w:p>
    <w:p w14:paraId="40C80240" w14:textId="38DDA0C2" w:rsidR="00F930F6" w:rsidRDefault="00F930F6"/>
    <w:p w14:paraId="53D463C4" w14:textId="585A97B3" w:rsidR="00F930F6" w:rsidRDefault="00F930F6">
      <w:pPr>
        <w:rPr>
          <w:rFonts w:asciiTheme="majorHAnsi" w:eastAsiaTheme="majorEastAsia" w:hAnsiTheme="majorHAnsi" w:cstheme="majorBidi"/>
          <w:b/>
          <w:bCs/>
          <w:color w:val="365F91" w:themeColor="accent1" w:themeShade="BF"/>
          <w:sz w:val="28"/>
          <w:szCs w:val="28"/>
        </w:rPr>
      </w:pPr>
      <w:r>
        <w:br w:type="page"/>
      </w:r>
    </w:p>
    <w:p w14:paraId="78D73953" w14:textId="10280D98" w:rsidR="006F6273" w:rsidRDefault="006F6273">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w:lastRenderedPageBreak/>
        <w:drawing>
          <wp:anchor distT="0" distB="0" distL="114300" distR="114300" simplePos="0" relativeHeight="251661312" behindDoc="0" locked="0" layoutInCell="1" allowOverlap="1" wp14:anchorId="1D2A3C3F" wp14:editId="36C1AA44">
            <wp:simplePos x="0" y="0"/>
            <wp:positionH relativeFrom="column">
              <wp:posOffset>0</wp:posOffset>
            </wp:positionH>
            <wp:positionV relativeFrom="paragraph">
              <wp:posOffset>167428</wp:posOffset>
            </wp:positionV>
            <wp:extent cx="6858000" cy="7298055"/>
            <wp:effectExtent l="0" t="0" r="0" b="4445"/>
            <wp:wrapNone/>
            <wp:docPr id="1973349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49370" name="Picture 1973349370"/>
                    <pic:cNvPicPr/>
                  </pic:nvPicPr>
                  <pic:blipFill>
                    <a:blip r:embed="rId9"/>
                    <a:stretch>
                      <a:fillRect/>
                    </a:stretch>
                  </pic:blipFill>
                  <pic:spPr>
                    <a:xfrm>
                      <a:off x="0" y="0"/>
                      <a:ext cx="6858000" cy="7298055"/>
                    </a:xfrm>
                    <a:prstGeom prst="rect">
                      <a:avLst/>
                    </a:prstGeom>
                  </pic:spPr>
                </pic:pic>
              </a:graphicData>
            </a:graphic>
            <wp14:sizeRelH relativeFrom="page">
              <wp14:pctWidth>0</wp14:pctWidth>
            </wp14:sizeRelH>
            <wp14:sizeRelV relativeFrom="page">
              <wp14:pctHeight>0</wp14:pctHeight>
            </wp14:sizeRelV>
          </wp:anchor>
        </w:drawing>
      </w:r>
      <w:r>
        <w:br w:type="page"/>
      </w:r>
    </w:p>
    <w:p w14:paraId="540B1F19" w14:textId="262F1F79" w:rsidR="00F930F6" w:rsidRDefault="00F930F6" w:rsidP="00F930F6">
      <w:pPr>
        <w:pStyle w:val="Heading1"/>
      </w:pPr>
      <w:r>
        <w:lastRenderedPageBreak/>
        <w:t>Example Food Diary Entry</w:t>
      </w:r>
    </w:p>
    <w:p w14:paraId="630EDAD1" w14:textId="77777777" w:rsidR="00F930F6" w:rsidRPr="00F930F6" w:rsidRDefault="00F930F6" w:rsidP="00F930F6"/>
    <w:p w14:paraId="49B4F7B8" w14:textId="77777777" w:rsidR="00F930F6" w:rsidRDefault="00F930F6" w:rsidP="00F930F6">
      <w:r>
        <w:t>This example is provided to help guide the level of detail expected when completing your own food diary. Please record your own usual food and drink intake as honestly and accurately as possible.</w:t>
      </w:r>
    </w:p>
    <w:p w14:paraId="70D34497" w14:textId="77777777" w:rsidR="00F930F6" w:rsidRDefault="00F930F6" w:rsidP="00F930F6"/>
    <w:p w14:paraId="02F7F8A0" w14:textId="12809A1A" w:rsidR="006F6273" w:rsidRPr="006F6273" w:rsidRDefault="002F6B97">
      <w:r>
        <w:rPr>
          <w:noProof/>
        </w:rPr>
        <w:drawing>
          <wp:anchor distT="0" distB="0" distL="114300" distR="114300" simplePos="0" relativeHeight="251660288" behindDoc="0" locked="0" layoutInCell="1" allowOverlap="1" wp14:anchorId="5C2F210C" wp14:editId="6F9AB55D">
            <wp:simplePos x="0" y="0"/>
            <wp:positionH relativeFrom="column">
              <wp:posOffset>0</wp:posOffset>
            </wp:positionH>
            <wp:positionV relativeFrom="paragraph">
              <wp:posOffset>0</wp:posOffset>
            </wp:positionV>
            <wp:extent cx="6858000" cy="4572000"/>
            <wp:effectExtent l="0" t="0" r="0" b="0"/>
            <wp:wrapNone/>
            <wp:docPr id="18434408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40857" name="Picture 1843440857"/>
                    <pic:cNvPicPr/>
                  </pic:nvPicPr>
                  <pic:blipFill>
                    <a:blip r:embed="rId10">
                      <a:extLst>
                        <a:ext uri="{BEBA8EAE-BF5A-486C-A8C5-ECC9F3942E4B}">
                          <a14:imgProps xmlns:a14="http://schemas.microsoft.com/office/drawing/2010/main">
                            <a14:imgLayer r:embed="rId11">
                              <a14:imgEffect>
                                <a14:backgroundRemoval t="1074" b="99219" l="2865" r="99349">
                                  <a14:foregroundMark x1="5534" y1="6152" x2="75651" y2="65625"/>
                                  <a14:foregroundMark x1="75651" y1="65625" x2="71745" y2="68359"/>
                                  <a14:foregroundMark x1="24674" y1="59082" x2="90169" y2="32129"/>
                                  <a14:foregroundMark x1="90169" y1="32129" x2="90234" y2="32227"/>
                                  <a14:foregroundMark x1="2734" y1="195" x2="55661" y2="7307"/>
                                  <a14:foregroundMark x1="86596" y1="7215" x2="91862" y2="6152"/>
                                  <a14:foregroundMark x1="91862" y1="6152" x2="96289" y2="23926"/>
                                  <a14:foregroundMark x1="96289" y1="23926" x2="95508" y2="90332"/>
                                  <a14:foregroundMark x1="95508" y1="90332" x2="92253" y2="99609"/>
                                  <a14:foregroundMark x1="92253" y1="99609" x2="14583" y2="95703"/>
                                  <a14:foregroundMark x1="14583" y1="95703" x2="5404" y2="89258"/>
                                  <a14:foregroundMark x1="5404" y1="89258" x2="2865" y2="6738"/>
                                  <a14:foregroundMark x1="2865" y1="6738" x2="3971" y2="4980"/>
                                  <a14:foregroundMark x1="7747" y1="10938" x2="19271" y2="65918"/>
                                  <a14:foregroundMark x1="4557" y1="92578" x2="26302" y2="92969"/>
                                  <a14:foregroundMark x1="26302" y1="92969" x2="86589" y2="88086"/>
                                  <a14:foregroundMark x1="86589" y1="88086" x2="92969" y2="92578"/>
                                  <a14:foregroundMark x1="92969" y1="92578" x2="93099" y2="92578"/>
                                  <a14:foregroundMark x1="97266" y1="4297" x2="99414" y2="83496"/>
                                  <a14:foregroundMark x1="99414" y1="83496" x2="97266" y2="91309"/>
                                  <a14:foregroundMark x1="95313" y1="97070" x2="4688" y2="95801"/>
                                  <a14:foregroundMark x1="4688" y1="95801" x2="3971" y2="96289"/>
                                  <a14:foregroundMark x1="23112" y1="79785" x2="54167" y2="63672"/>
                                  <a14:foregroundMark x1="36784" y1="21484" x2="47656" y2="21484"/>
                                  <a14:foregroundMark x1="47656" y1="21484" x2="86393" y2="21094"/>
                                  <a14:foregroundMark x1="86393" y1="21094" x2="92839" y2="21094"/>
                                  <a14:foregroundMark x1="21745" y1="32813" x2="21745" y2="32813"/>
                                  <a14:foregroundMark x1="19987" y1="34668" x2="24349" y2="34863"/>
                                  <a14:foregroundMark x1="11589" y1="56250" x2="19401" y2="57910"/>
                                  <a14:foregroundMark x1="19401" y1="57910" x2="19661" y2="58105"/>
                                  <a14:foregroundMark x1="7747" y1="99414" x2="21875" y2="99609"/>
                                  <a14:foregroundMark x1="21875" y1="99609" x2="41992" y2="98633"/>
                                  <a14:foregroundMark x1="41992" y1="98633" x2="55208" y2="99219"/>
                                  <a14:foregroundMark x1="81657" y1="10581" x2="82357" y2="10547"/>
                                  <a14:foregroundMark x1="28776" y1="13184" x2="80880" y2="10620"/>
                                  <a14:foregroundMark x1="82357" y1="10547" x2="86068" y2="12793"/>
                                  <a14:foregroundMark x1="85015" y1="6517" x2="97396" y2="7422"/>
                                  <a14:foregroundMark x1="57292" y1="4492" x2="63828" y2="4969"/>
                                  <a14:foregroundMark x1="70861" y1="9378" x2="82806" y2="9906"/>
                                  <a14:foregroundMark x1="85359" y1="9867" x2="88151" y2="9668"/>
                                  <a14:foregroundMark x1="84986" y1="8841" x2="88997" y2="9082"/>
                                  <a14:foregroundMark x1="89779" y1="8496" x2="89779" y2="8496"/>
                                  <a14:foregroundMark x1="89974" y1="8691" x2="90365" y2="7617"/>
                                  <a14:foregroundMark x1="85070" y1="7858" x2="86784" y2="7813"/>
                                  <a14:foregroundMark x1="86784" y1="7813" x2="91602" y2="8496"/>
                                  <a14:foregroundMark x1="64323" y1="4102" x2="72721" y2="4395"/>
                                  <a14:foregroundMark x1="72721" y1="4395" x2="80013" y2="3711"/>
                                  <a14:foregroundMark x1="80013" y1="3711" x2="62500" y2="1074"/>
                                  <a14:backgroundMark x1="57292" y1="7617" x2="76302" y2="8105"/>
                                  <a14:backgroundMark x1="76302" y1="8105" x2="83464" y2="8008"/>
                                  <a14:backgroundMark x1="83464" y1="8008" x2="83919" y2="8105"/>
                                  <a14:backgroundMark x1="56185" y1="7227" x2="63411" y2="7422"/>
                                  <a14:backgroundMark x1="63411" y1="7422" x2="70443" y2="7324"/>
                                  <a14:backgroundMark x1="70443" y1="7324" x2="81966" y2="8008"/>
                                  <a14:backgroundMark x1="85286" y1="9668" x2="78060" y2="6738"/>
                                  <a14:backgroundMark x1="78060" y1="6738" x2="77799" y2="6836"/>
                                  <a14:backgroundMark x1="56901" y1="7227" x2="56576" y2="8301"/>
                                  <a14:backgroundMark x1="56901" y1="6641" x2="65430" y2="6543"/>
                                  <a14:backgroundMark x1="65430" y1="6543" x2="84961" y2="8105"/>
                                  <a14:backgroundMark x1="63477" y1="5762" x2="72266" y2="6641"/>
                                  <a14:backgroundMark x1="72266" y1="6641" x2="79622" y2="6152"/>
                                  <a14:backgroundMark x1="79622" y1="6152" x2="84961" y2="6641"/>
                                </a14:backgroundRemoval>
                              </a14:imgEffect>
                            </a14:imgLayer>
                          </a14:imgProps>
                        </a:ext>
                      </a:extLst>
                    </a:blip>
                    <a:stretch>
                      <a:fillRect/>
                    </a:stretch>
                  </pic:blipFill>
                  <pic:spPr>
                    <a:xfrm>
                      <a:off x="0" y="0"/>
                      <a:ext cx="6858000" cy="4572000"/>
                    </a:xfrm>
                    <a:prstGeom prst="rect">
                      <a:avLst/>
                    </a:prstGeom>
                  </pic:spPr>
                </pic:pic>
              </a:graphicData>
            </a:graphic>
            <wp14:sizeRelH relativeFrom="page">
              <wp14:pctWidth>0</wp14:pctWidth>
            </wp14:sizeRelH>
            <wp14:sizeRelV relativeFrom="page">
              <wp14:pctHeight>0</wp14:pctHeight>
            </wp14:sizeRelV>
          </wp:anchor>
        </w:drawing>
      </w:r>
      <w:r w:rsidR="006F6273">
        <w:br w:type="page"/>
      </w:r>
    </w:p>
    <w:p w14:paraId="64586A41" w14:textId="7EAB0BFE" w:rsidR="00F930F6" w:rsidRDefault="00000000" w:rsidP="00F930F6">
      <w:pPr>
        <w:pStyle w:val="Heading1"/>
      </w:pPr>
      <w:r>
        <w:lastRenderedPageBreak/>
        <w:t>Day</w:t>
      </w:r>
      <w:r w:rsidR="00F930F6">
        <w:t xml:space="preserve"> 1 – Weekday </w:t>
      </w:r>
    </w:p>
    <w:p w14:paraId="4413A12F" w14:textId="69FF61FB" w:rsidR="006F6273" w:rsidRPr="006F6273" w:rsidRDefault="006F6273" w:rsidP="006F6273">
      <w:pPr>
        <w:jc w:val="right"/>
      </w:pPr>
      <w:r>
        <w:rPr>
          <w:b/>
        </w:rPr>
        <w:t xml:space="preserve">Participant ID: </w:t>
      </w:r>
      <w:r>
        <w:t>____________________________________</w:t>
      </w:r>
    </w:p>
    <w:p w14:paraId="69FAE395" w14:textId="332A38E5" w:rsidR="003B5CC3" w:rsidRPr="006F6273" w:rsidRDefault="00000000" w:rsidP="00F930F6">
      <w:pPr>
        <w:jc w:val="right"/>
        <w:rPr>
          <w:sz w:val="10"/>
          <w:szCs w:val="10"/>
        </w:rPr>
      </w:pPr>
      <w:r>
        <w:rPr>
          <w:b/>
        </w:rPr>
        <w:t>Date:</w:t>
      </w:r>
      <w:r w:rsidR="006F6273">
        <w:rPr>
          <w:b/>
        </w:rPr>
        <w:t xml:space="preserve"> </w:t>
      </w:r>
      <w:r>
        <w:t>____________________</w:t>
      </w:r>
      <w:r w:rsidR="00F930F6">
        <w:t>_______________</w:t>
      </w:r>
      <w:r w:rsidR="006F6273">
        <w:t>_</w:t>
      </w:r>
      <w:r>
        <w:br/>
      </w:r>
    </w:p>
    <w:tbl>
      <w:tblPr>
        <w:tblStyle w:val="TableGrid"/>
        <w:tblW w:w="0" w:type="auto"/>
        <w:tblLook w:val="04A0" w:firstRow="1" w:lastRow="0" w:firstColumn="1" w:lastColumn="0" w:noHBand="0" w:noVBand="1"/>
      </w:tblPr>
      <w:tblGrid>
        <w:gridCol w:w="1795"/>
        <w:gridCol w:w="1795"/>
        <w:gridCol w:w="1803"/>
        <w:gridCol w:w="1795"/>
        <w:gridCol w:w="1795"/>
        <w:gridCol w:w="1795"/>
      </w:tblGrid>
      <w:tr w:rsidR="00F930F6" w14:paraId="2D5273E8" w14:textId="77777777" w:rsidTr="00EE6804">
        <w:trPr>
          <w:trHeight w:val="779"/>
        </w:trPr>
        <w:tc>
          <w:tcPr>
            <w:tcW w:w="1795" w:type="dxa"/>
            <w:shd w:val="clear" w:color="auto" w:fill="F2F2F2" w:themeFill="background1" w:themeFillShade="F2"/>
            <w:vAlign w:val="center"/>
          </w:tcPr>
          <w:p w14:paraId="5736214D" w14:textId="77777777" w:rsidR="00F930F6" w:rsidRPr="00F930F6" w:rsidRDefault="00F930F6" w:rsidP="00EE6804">
            <w:pPr>
              <w:jc w:val="center"/>
              <w:rPr>
                <w:b/>
                <w:bCs/>
              </w:rPr>
            </w:pPr>
            <w:r w:rsidRPr="00F930F6">
              <w:rPr>
                <w:b/>
                <w:bCs/>
              </w:rPr>
              <w:t>Time</w:t>
            </w:r>
          </w:p>
        </w:tc>
        <w:tc>
          <w:tcPr>
            <w:tcW w:w="1795" w:type="dxa"/>
            <w:shd w:val="clear" w:color="auto" w:fill="F2F2F2" w:themeFill="background1" w:themeFillShade="F2"/>
            <w:vAlign w:val="center"/>
          </w:tcPr>
          <w:p w14:paraId="52A86C33" w14:textId="77777777" w:rsidR="00F930F6" w:rsidRPr="00F930F6" w:rsidRDefault="00F930F6" w:rsidP="00EE6804">
            <w:pPr>
              <w:jc w:val="center"/>
              <w:rPr>
                <w:b/>
                <w:bCs/>
              </w:rPr>
            </w:pPr>
            <w:r w:rsidRPr="00F930F6">
              <w:rPr>
                <w:b/>
                <w:bCs/>
              </w:rPr>
              <w:t>Food / Drink Consumed</w:t>
            </w:r>
          </w:p>
        </w:tc>
        <w:tc>
          <w:tcPr>
            <w:tcW w:w="1803" w:type="dxa"/>
            <w:shd w:val="clear" w:color="auto" w:fill="F2F2F2" w:themeFill="background1" w:themeFillShade="F2"/>
            <w:vAlign w:val="center"/>
          </w:tcPr>
          <w:p w14:paraId="224BC994" w14:textId="77777777" w:rsidR="00F930F6" w:rsidRPr="00F930F6" w:rsidRDefault="00F930F6" w:rsidP="00EE6804">
            <w:pPr>
              <w:jc w:val="center"/>
              <w:rPr>
                <w:b/>
                <w:bCs/>
              </w:rPr>
            </w:pPr>
            <w:r w:rsidRPr="00F930F6">
              <w:rPr>
                <w:b/>
                <w:bCs/>
              </w:rPr>
              <w:t>Approximate Portion Size</w:t>
            </w:r>
          </w:p>
        </w:tc>
        <w:tc>
          <w:tcPr>
            <w:tcW w:w="1795" w:type="dxa"/>
            <w:shd w:val="clear" w:color="auto" w:fill="F2F2F2" w:themeFill="background1" w:themeFillShade="F2"/>
            <w:vAlign w:val="center"/>
          </w:tcPr>
          <w:p w14:paraId="6B5CA492" w14:textId="77777777" w:rsidR="00F930F6" w:rsidRDefault="00F930F6" w:rsidP="00EE6804">
            <w:pPr>
              <w:jc w:val="center"/>
              <w:rPr>
                <w:b/>
                <w:bCs/>
              </w:rPr>
            </w:pPr>
            <w:r w:rsidRPr="00F930F6">
              <w:rPr>
                <w:b/>
                <w:bCs/>
              </w:rPr>
              <w:t xml:space="preserve">Location / </w:t>
            </w:r>
          </w:p>
          <w:p w14:paraId="5080FF91" w14:textId="51A96A37" w:rsidR="00F930F6" w:rsidRPr="00F930F6" w:rsidRDefault="00F930F6" w:rsidP="00EE6804">
            <w:pPr>
              <w:jc w:val="center"/>
              <w:rPr>
                <w:b/>
                <w:bCs/>
              </w:rPr>
            </w:pPr>
            <w:r w:rsidRPr="00F930F6">
              <w:rPr>
                <w:b/>
                <w:bCs/>
              </w:rPr>
              <w:t>Meal Type</w:t>
            </w:r>
          </w:p>
        </w:tc>
        <w:tc>
          <w:tcPr>
            <w:tcW w:w="1795" w:type="dxa"/>
            <w:shd w:val="clear" w:color="auto" w:fill="F2F2F2" w:themeFill="background1" w:themeFillShade="F2"/>
            <w:vAlign w:val="center"/>
          </w:tcPr>
          <w:p w14:paraId="7FD93E7B" w14:textId="77777777" w:rsidR="00F930F6" w:rsidRDefault="00F930F6" w:rsidP="00EE6804">
            <w:pPr>
              <w:jc w:val="center"/>
              <w:rPr>
                <w:b/>
                <w:bCs/>
              </w:rPr>
            </w:pPr>
            <w:r w:rsidRPr="00F930F6">
              <w:rPr>
                <w:b/>
                <w:bCs/>
              </w:rPr>
              <w:t xml:space="preserve">Calories </w:t>
            </w:r>
          </w:p>
          <w:p w14:paraId="4C3EE899" w14:textId="7D7EB996" w:rsidR="00F930F6" w:rsidRPr="00F930F6" w:rsidRDefault="00F930F6" w:rsidP="00EE6804">
            <w:pPr>
              <w:jc w:val="center"/>
              <w:rPr>
                <w:b/>
                <w:bCs/>
              </w:rPr>
            </w:pPr>
            <w:r w:rsidRPr="00F930F6">
              <w:rPr>
                <w:b/>
                <w:bCs/>
              </w:rPr>
              <w:t>(</w:t>
            </w:r>
            <w:r w:rsidR="002564E9">
              <w:rPr>
                <w:b/>
                <w:bCs/>
              </w:rPr>
              <w:t>optional</w:t>
            </w:r>
            <w:r w:rsidRPr="00F930F6">
              <w:rPr>
                <w:b/>
                <w:bCs/>
              </w:rPr>
              <w:t>)</w:t>
            </w:r>
          </w:p>
        </w:tc>
        <w:tc>
          <w:tcPr>
            <w:tcW w:w="1795" w:type="dxa"/>
            <w:shd w:val="clear" w:color="auto" w:fill="F2F2F2" w:themeFill="background1" w:themeFillShade="F2"/>
            <w:vAlign w:val="center"/>
          </w:tcPr>
          <w:p w14:paraId="246E0F6C" w14:textId="77777777" w:rsidR="00F930F6" w:rsidRPr="00F930F6" w:rsidRDefault="00F930F6" w:rsidP="00EE6804">
            <w:pPr>
              <w:jc w:val="center"/>
              <w:rPr>
                <w:b/>
                <w:bCs/>
              </w:rPr>
            </w:pPr>
            <w:r w:rsidRPr="00F930F6">
              <w:rPr>
                <w:b/>
                <w:bCs/>
              </w:rPr>
              <w:t>Additional Notes</w:t>
            </w:r>
          </w:p>
        </w:tc>
      </w:tr>
      <w:tr w:rsidR="00F930F6" w14:paraId="24D19759" w14:textId="77777777" w:rsidTr="00F930F6">
        <w:trPr>
          <w:trHeight w:val="662"/>
        </w:trPr>
        <w:tc>
          <w:tcPr>
            <w:tcW w:w="1795" w:type="dxa"/>
            <w:shd w:val="clear" w:color="auto" w:fill="F2F2F2" w:themeFill="background1" w:themeFillShade="F2"/>
            <w:vAlign w:val="center"/>
          </w:tcPr>
          <w:p w14:paraId="4F3564AC" w14:textId="022DE0EF" w:rsidR="00F930F6" w:rsidRPr="00F930F6" w:rsidRDefault="00F930F6" w:rsidP="00EE6804">
            <w:pPr>
              <w:jc w:val="center"/>
              <w:rPr>
                <w:b/>
                <w:bCs/>
              </w:rPr>
            </w:pPr>
          </w:p>
        </w:tc>
        <w:tc>
          <w:tcPr>
            <w:tcW w:w="1795" w:type="dxa"/>
          </w:tcPr>
          <w:p w14:paraId="4E63E8B5" w14:textId="3FCBA2B5" w:rsidR="00F930F6" w:rsidRDefault="00F930F6" w:rsidP="00EE6804"/>
        </w:tc>
        <w:tc>
          <w:tcPr>
            <w:tcW w:w="1803" w:type="dxa"/>
          </w:tcPr>
          <w:p w14:paraId="69E359DE" w14:textId="4F20FE61" w:rsidR="00F930F6" w:rsidRDefault="00F930F6" w:rsidP="00EE6804"/>
        </w:tc>
        <w:tc>
          <w:tcPr>
            <w:tcW w:w="1795" w:type="dxa"/>
          </w:tcPr>
          <w:p w14:paraId="51FB8BFD" w14:textId="620AB079" w:rsidR="00F930F6" w:rsidRDefault="00F930F6" w:rsidP="00EE6804"/>
        </w:tc>
        <w:tc>
          <w:tcPr>
            <w:tcW w:w="1795" w:type="dxa"/>
          </w:tcPr>
          <w:p w14:paraId="3A3649CB" w14:textId="4717404D" w:rsidR="00F930F6" w:rsidRDefault="00F930F6" w:rsidP="00EE6804"/>
        </w:tc>
        <w:tc>
          <w:tcPr>
            <w:tcW w:w="1795" w:type="dxa"/>
          </w:tcPr>
          <w:p w14:paraId="4FB9C544" w14:textId="1FA99073" w:rsidR="00F930F6" w:rsidRDefault="00F930F6" w:rsidP="00EE6804"/>
        </w:tc>
      </w:tr>
      <w:tr w:rsidR="00F930F6" w14:paraId="2B34011E" w14:textId="77777777" w:rsidTr="00F930F6">
        <w:trPr>
          <w:trHeight w:val="662"/>
        </w:trPr>
        <w:tc>
          <w:tcPr>
            <w:tcW w:w="1795" w:type="dxa"/>
            <w:shd w:val="clear" w:color="auto" w:fill="F2F2F2" w:themeFill="background1" w:themeFillShade="F2"/>
            <w:vAlign w:val="center"/>
          </w:tcPr>
          <w:p w14:paraId="17A7FC6A" w14:textId="3521FBE8" w:rsidR="00F930F6" w:rsidRPr="00F930F6" w:rsidRDefault="00F930F6" w:rsidP="00EE6804">
            <w:pPr>
              <w:jc w:val="center"/>
              <w:rPr>
                <w:b/>
                <w:bCs/>
              </w:rPr>
            </w:pPr>
          </w:p>
        </w:tc>
        <w:tc>
          <w:tcPr>
            <w:tcW w:w="1795" w:type="dxa"/>
          </w:tcPr>
          <w:p w14:paraId="228B2223" w14:textId="0807FA82" w:rsidR="00F930F6" w:rsidRDefault="00F930F6" w:rsidP="00EE6804"/>
        </w:tc>
        <w:tc>
          <w:tcPr>
            <w:tcW w:w="1803" w:type="dxa"/>
          </w:tcPr>
          <w:p w14:paraId="4EA951F6" w14:textId="76286DC4" w:rsidR="00F930F6" w:rsidRDefault="00F930F6" w:rsidP="00EE6804"/>
        </w:tc>
        <w:tc>
          <w:tcPr>
            <w:tcW w:w="1795" w:type="dxa"/>
          </w:tcPr>
          <w:p w14:paraId="50BA1B84" w14:textId="7FB8F8A9" w:rsidR="00F930F6" w:rsidRDefault="00F930F6" w:rsidP="00EE6804"/>
        </w:tc>
        <w:tc>
          <w:tcPr>
            <w:tcW w:w="1795" w:type="dxa"/>
          </w:tcPr>
          <w:p w14:paraId="0EBE65EE" w14:textId="646487C2" w:rsidR="00F930F6" w:rsidRDefault="00F930F6" w:rsidP="00EE6804"/>
        </w:tc>
        <w:tc>
          <w:tcPr>
            <w:tcW w:w="1795" w:type="dxa"/>
          </w:tcPr>
          <w:p w14:paraId="3959202C" w14:textId="351AE8DF" w:rsidR="00F930F6" w:rsidRDefault="00F930F6" w:rsidP="00EE6804"/>
        </w:tc>
      </w:tr>
      <w:tr w:rsidR="00F930F6" w14:paraId="4890FEBC" w14:textId="77777777" w:rsidTr="00F930F6">
        <w:trPr>
          <w:trHeight w:val="662"/>
        </w:trPr>
        <w:tc>
          <w:tcPr>
            <w:tcW w:w="1795" w:type="dxa"/>
            <w:shd w:val="clear" w:color="auto" w:fill="F2F2F2" w:themeFill="background1" w:themeFillShade="F2"/>
            <w:vAlign w:val="center"/>
          </w:tcPr>
          <w:p w14:paraId="051B9A2B" w14:textId="0857A025" w:rsidR="00F930F6" w:rsidRPr="00F930F6" w:rsidRDefault="00F930F6" w:rsidP="00EE6804">
            <w:pPr>
              <w:jc w:val="center"/>
              <w:rPr>
                <w:b/>
                <w:bCs/>
              </w:rPr>
            </w:pPr>
          </w:p>
        </w:tc>
        <w:tc>
          <w:tcPr>
            <w:tcW w:w="1795" w:type="dxa"/>
          </w:tcPr>
          <w:p w14:paraId="0EF614ED" w14:textId="09687B87" w:rsidR="00F930F6" w:rsidRDefault="00F930F6" w:rsidP="00EE6804"/>
        </w:tc>
        <w:tc>
          <w:tcPr>
            <w:tcW w:w="1803" w:type="dxa"/>
          </w:tcPr>
          <w:p w14:paraId="118D8F82" w14:textId="57AC55E8" w:rsidR="00F930F6" w:rsidRDefault="00F930F6" w:rsidP="00EE6804"/>
        </w:tc>
        <w:tc>
          <w:tcPr>
            <w:tcW w:w="1795" w:type="dxa"/>
          </w:tcPr>
          <w:p w14:paraId="7EC725AC" w14:textId="21ABD237" w:rsidR="00F930F6" w:rsidRDefault="00F930F6" w:rsidP="00EE6804"/>
        </w:tc>
        <w:tc>
          <w:tcPr>
            <w:tcW w:w="1795" w:type="dxa"/>
          </w:tcPr>
          <w:p w14:paraId="38FD2135" w14:textId="20BD8534" w:rsidR="00F930F6" w:rsidRDefault="00F930F6" w:rsidP="00EE6804"/>
        </w:tc>
        <w:tc>
          <w:tcPr>
            <w:tcW w:w="1795" w:type="dxa"/>
          </w:tcPr>
          <w:p w14:paraId="61EFD37B" w14:textId="73C9D356" w:rsidR="00F930F6" w:rsidRDefault="00F930F6" w:rsidP="00EE6804"/>
        </w:tc>
      </w:tr>
      <w:tr w:rsidR="00F930F6" w14:paraId="462C4CCA" w14:textId="77777777" w:rsidTr="00F930F6">
        <w:trPr>
          <w:trHeight w:val="662"/>
        </w:trPr>
        <w:tc>
          <w:tcPr>
            <w:tcW w:w="1795" w:type="dxa"/>
            <w:shd w:val="clear" w:color="auto" w:fill="F2F2F2" w:themeFill="background1" w:themeFillShade="F2"/>
            <w:vAlign w:val="center"/>
          </w:tcPr>
          <w:p w14:paraId="7D893F18" w14:textId="524CBFA4" w:rsidR="00F930F6" w:rsidRPr="00F930F6" w:rsidRDefault="00F930F6" w:rsidP="00EE6804">
            <w:pPr>
              <w:jc w:val="center"/>
              <w:rPr>
                <w:b/>
                <w:bCs/>
              </w:rPr>
            </w:pPr>
          </w:p>
        </w:tc>
        <w:tc>
          <w:tcPr>
            <w:tcW w:w="1795" w:type="dxa"/>
          </w:tcPr>
          <w:p w14:paraId="154682E4" w14:textId="29879ADC" w:rsidR="00F930F6" w:rsidRDefault="00F930F6" w:rsidP="00EE6804"/>
        </w:tc>
        <w:tc>
          <w:tcPr>
            <w:tcW w:w="1803" w:type="dxa"/>
          </w:tcPr>
          <w:p w14:paraId="4D183261" w14:textId="0359DD33" w:rsidR="00F930F6" w:rsidRDefault="00F930F6" w:rsidP="00EE6804"/>
        </w:tc>
        <w:tc>
          <w:tcPr>
            <w:tcW w:w="1795" w:type="dxa"/>
          </w:tcPr>
          <w:p w14:paraId="34518D01" w14:textId="77012E4B" w:rsidR="00F930F6" w:rsidRDefault="00F930F6" w:rsidP="00EE6804"/>
        </w:tc>
        <w:tc>
          <w:tcPr>
            <w:tcW w:w="1795" w:type="dxa"/>
          </w:tcPr>
          <w:p w14:paraId="379B2A11" w14:textId="44C5E579" w:rsidR="00F930F6" w:rsidRDefault="00F930F6" w:rsidP="00EE6804"/>
        </w:tc>
        <w:tc>
          <w:tcPr>
            <w:tcW w:w="1795" w:type="dxa"/>
          </w:tcPr>
          <w:p w14:paraId="56A9ABAF" w14:textId="24A76477" w:rsidR="00F930F6" w:rsidRDefault="00F930F6" w:rsidP="00EE6804"/>
        </w:tc>
      </w:tr>
      <w:tr w:rsidR="00F930F6" w14:paraId="23ACCB09" w14:textId="77777777" w:rsidTr="00F930F6">
        <w:trPr>
          <w:trHeight w:val="662"/>
        </w:trPr>
        <w:tc>
          <w:tcPr>
            <w:tcW w:w="1795" w:type="dxa"/>
            <w:shd w:val="clear" w:color="auto" w:fill="F2F2F2" w:themeFill="background1" w:themeFillShade="F2"/>
            <w:vAlign w:val="center"/>
          </w:tcPr>
          <w:p w14:paraId="2C8AB0A9" w14:textId="3B3A4DCB" w:rsidR="00F930F6" w:rsidRPr="00F930F6" w:rsidRDefault="00F930F6" w:rsidP="00EE6804">
            <w:pPr>
              <w:jc w:val="center"/>
              <w:rPr>
                <w:b/>
                <w:bCs/>
              </w:rPr>
            </w:pPr>
          </w:p>
        </w:tc>
        <w:tc>
          <w:tcPr>
            <w:tcW w:w="1795" w:type="dxa"/>
          </w:tcPr>
          <w:p w14:paraId="5FA7FD9D" w14:textId="71C204AD" w:rsidR="00F930F6" w:rsidRDefault="00F930F6" w:rsidP="00EE6804"/>
        </w:tc>
        <w:tc>
          <w:tcPr>
            <w:tcW w:w="1803" w:type="dxa"/>
          </w:tcPr>
          <w:p w14:paraId="4AB94F0B" w14:textId="6915509A" w:rsidR="00F930F6" w:rsidRDefault="00F930F6" w:rsidP="00EE6804"/>
        </w:tc>
        <w:tc>
          <w:tcPr>
            <w:tcW w:w="1795" w:type="dxa"/>
          </w:tcPr>
          <w:p w14:paraId="421A3F20" w14:textId="32F12B42" w:rsidR="00F930F6" w:rsidRDefault="00F930F6" w:rsidP="00EE6804"/>
        </w:tc>
        <w:tc>
          <w:tcPr>
            <w:tcW w:w="1795" w:type="dxa"/>
          </w:tcPr>
          <w:p w14:paraId="03F47835" w14:textId="4CFD77FE" w:rsidR="00F930F6" w:rsidRDefault="00F930F6" w:rsidP="00EE6804"/>
        </w:tc>
        <w:tc>
          <w:tcPr>
            <w:tcW w:w="1795" w:type="dxa"/>
          </w:tcPr>
          <w:p w14:paraId="54B44AF7" w14:textId="6560C89F" w:rsidR="00F930F6" w:rsidRDefault="00F930F6" w:rsidP="00EE6804"/>
        </w:tc>
      </w:tr>
      <w:tr w:rsidR="00F930F6" w14:paraId="1D984B9F" w14:textId="77777777" w:rsidTr="00F930F6">
        <w:trPr>
          <w:trHeight w:val="662"/>
        </w:trPr>
        <w:tc>
          <w:tcPr>
            <w:tcW w:w="1795" w:type="dxa"/>
            <w:shd w:val="clear" w:color="auto" w:fill="F2F2F2" w:themeFill="background1" w:themeFillShade="F2"/>
            <w:vAlign w:val="center"/>
          </w:tcPr>
          <w:p w14:paraId="36F5E1ED" w14:textId="1B4D2AD2" w:rsidR="00F930F6" w:rsidRPr="00F930F6" w:rsidRDefault="00F930F6" w:rsidP="00EE6804">
            <w:pPr>
              <w:jc w:val="center"/>
              <w:rPr>
                <w:b/>
                <w:bCs/>
              </w:rPr>
            </w:pPr>
          </w:p>
        </w:tc>
        <w:tc>
          <w:tcPr>
            <w:tcW w:w="1795" w:type="dxa"/>
          </w:tcPr>
          <w:p w14:paraId="11E909C8" w14:textId="26DA2F16" w:rsidR="00F930F6" w:rsidRDefault="00F930F6" w:rsidP="00EE6804"/>
        </w:tc>
        <w:tc>
          <w:tcPr>
            <w:tcW w:w="1803" w:type="dxa"/>
          </w:tcPr>
          <w:p w14:paraId="3428F87A" w14:textId="30B18F7B" w:rsidR="00F930F6" w:rsidRDefault="00F930F6" w:rsidP="00EE6804"/>
        </w:tc>
        <w:tc>
          <w:tcPr>
            <w:tcW w:w="1795" w:type="dxa"/>
          </w:tcPr>
          <w:p w14:paraId="22D12A5A" w14:textId="643DC4BE" w:rsidR="00F930F6" w:rsidRDefault="00F930F6" w:rsidP="00EE6804"/>
        </w:tc>
        <w:tc>
          <w:tcPr>
            <w:tcW w:w="1795" w:type="dxa"/>
          </w:tcPr>
          <w:p w14:paraId="4D5283DB" w14:textId="65540B2E" w:rsidR="00F930F6" w:rsidRDefault="00F930F6" w:rsidP="00EE6804"/>
        </w:tc>
        <w:tc>
          <w:tcPr>
            <w:tcW w:w="1795" w:type="dxa"/>
          </w:tcPr>
          <w:p w14:paraId="71993522" w14:textId="46C742A2" w:rsidR="00F930F6" w:rsidRDefault="00F930F6" w:rsidP="00EE6804"/>
        </w:tc>
      </w:tr>
      <w:tr w:rsidR="00F930F6" w14:paraId="70D42CA6" w14:textId="77777777" w:rsidTr="00F930F6">
        <w:trPr>
          <w:trHeight w:val="662"/>
        </w:trPr>
        <w:tc>
          <w:tcPr>
            <w:tcW w:w="1795" w:type="dxa"/>
            <w:shd w:val="clear" w:color="auto" w:fill="F2F2F2" w:themeFill="background1" w:themeFillShade="F2"/>
            <w:vAlign w:val="center"/>
          </w:tcPr>
          <w:p w14:paraId="612E5B61" w14:textId="77777777" w:rsidR="00F930F6" w:rsidRPr="00F930F6" w:rsidRDefault="00F930F6" w:rsidP="00EE6804">
            <w:pPr>
              <w:jc w:val="center"/>
              <w:rPr>
                <w:b/>
                <w:bCs/>
              </w:rPr>
            </w:pPr>
          </w:p>
        </w:tc>
        <w:tc>
          <w:tcPr>
            <w:tcW w:w="1795" w:type="dxa"/>
          </w:tcPr>
          <w:p w14:paraId="4A748063" w14:textId="77777777" w:rsidR="00F930F6" w:rsidRDefault="00F930F6" w:rsidP="00EE6804"/>
        </w:tc>
        <w:tc>
          <w:tcPr>
            <w:tcW w:w="1803" w:type="dxa"/>
          </w:tcPr>
          <w:p w14:paraId="726E423C" w14:textId="77777777" w:rsidR="00F930F6" w:rsidRDefault="00F930F6" w:rsidP="00EE6804"/>
        </w:tc>
        <w:tc>
          <w:tcPr>
            <w:tcW w:w="1795" w:type="dxa"/>
          </w:tcPr>
          <w:p w14:paraId="0AEFE3B2" w14:textId="77777777" w:rsidR="00F930F6" w:rsidRDefault="00F930F6" w:rsidP="00EE6804"/>
        </w:tc>
        <w:tc>
          <w:tcPr>
            <w:tcW w:w="1795" w:type="dxa"/>
          </w:tcPr>
          <w:p w14:paraId="2FFEECB8" w14:textId="77777777" w:rsidR="00F930F6" w:rsidRDefault="00F930F6" w:rsidP="00EE6804"/>
        </w:tc>
        <w:tc>
          <w:tcPr>
            <w:tcW w:w="1795" w:type="dxa"/>
          </w:tcPr>
          <w:p w14:paraId="61CC2C81" w14:textId="77777777" w:rsidR="00F930F6" w:rsidRDefault="00F930F6" w:rsidP="00EE6804"/>
        </w:tc>
      </w:tr>
      <w:tr w:rsidR="00F930F6" w14:paraId="2EE1E62A" w14:textId="77777777" w:rsidTr="00F930F6">
        <w:trPr>
          <w:trHeight w:val="662"/>
        </w:trPr>
        <w:tc>
          <w:tcPr>
            <w:tcW w:w="1795" w:type="dxa"/>
            <w:shd w:val="clear" w:color="auto" w:fill="F2F2F2" w:themeFill="background1" w:themeFillShade="F2"/>
            <w:vAlign w:val="center"/>
          </w:tcPr>
          <w:p w14:paraId="621CCA2C" w14:textId="77777777" w:rsidR="00F930F6" w:rsidRPr="00F930F6" w:rsidRDefault="00F930F6" w:rsidP="00EE6804">
            <w:pPr>
              <w:jc w:val="center"/>
              <w:rPr>
                <w:b/>
                <w:bCs/>
              </w:rPr>
            </w:pPr>
          </w:p>
        </w:tc>
        <w:tc>
          <w:tcPr>
            <w:tcW w:w="1795" w:type="dxa"/>
          </w:tcPr>
          <w:p w14:paraId="0584D660" w14:textId="77777777" w:rsidR="00F930F6" w:rsidRDefault="00F930F6" w:rsidP="00EE6804"/>
        </w:tc>
        <w:tc>
          <w:tcPr>
            <w:tcW w:w="1803" w:type="dxa"/>
          </w:tcPr>
          <w:p w14:paraId="5420D2ED" w14:textId="77777777" w:rsidR="00F930F6" w:rsidRDefault="00F930F6" w:rsidP="00EE6804"/>
        </w:tc>
        <w:tc>
          <w:tcPr>
            <w:tcW w:w="1795" w:type="dxa"/>
          </w:tcPr>
          <w:p w14:paraId="0A48B4D4" w14:textId="77777777" w:rsidR="00F930F6" w:rsidRDefault="00F930F6" w:rsidP="00EE6804"/>
        </w:tc>
        <w:tc>
          <w:tcPr>
            <w:tcW w:w="1795" w:type="dxa"/>
          </w:tcPr>
          <w:p w14:paraId="224DDD9E" w14:textId="77777777" w:rsidR="00F930F6" w:rsidRDefault="00F930F6" w:rsidP="00EE6804"/>
        </w:tc>
        <w:tc>
          <w:tcPr>
            <w:tcW w:w="1795" w:type="dxa"/>
          </w:tcPr>
          <w:p w14:paraId="203BBD82" w14:textId="77777777" w:rsidR="00F930F6" w:rsidRDefault="00F930F6" w:rsidP="00EE6804"/>
        </w:tc>
      </w:tr>
      <w:tr w:rsidR="00F930F6" w14:paraId="4B40DA03" w14:textId="77777777" w:rsidTr="00F930F6">
        <w:trPr>
          <w:trHeight w:val="662"/>
        </w:trPr>
        <w:tc>
          <w:tcPr>
            <w:tcW w:w="1795" w:type="dxa"/>
            <w:shd w:val="clear" w:color="auto" w:fill="F2F2F2" w:themeFill="background1" w:themeFillShade="F2"/>
            <w:vAlign w:val="center"/>
          </w:tcPr>
          <w:p w14:paraId="2C251989" w14:textId="77777777" w:rsidR="00F930F6" w:rsidRPr="00F930F6" w:rsidRDefault="00F930F6" w:rsidP="00EE6804">
            <w:pPr>
              <w:jc w:val="center"/>
              <w:rPr>
                <w:b/>
                <w:bCs/>
              </w:rPr>
            </w:pPr>
          </w:p>
        </w:tc>
        <w:tc>
          <w:tcPr>
            <w:tcW w:w="1795" w:type="dxa"/>
          </w:tcPr>
          <w:p w14:paraId="265162FB" w14:textId="77777777" w:rsidR="00F930F6" w:rsidRDefault="00F930F6" w:rsidP="00EE6804"/>
        </w:tc>
        <w:tc>
          <w:tcPr>
            <w:tcW w:w="1803" w:type="dxa"/>
          </w:tcPr>
          <w:p w14:paraId="1B4EF23B" w14:textId="77777777" w:rsidR="00F930F6" w:rsidRDefault="00F930F6" w:rsidP="00EE6804"/>
        </w:tc>
        <w:tc>
          <w:tcPr>
            <w:tcW w:w="1795" w:type="dxa"/>
          </w:tcPr>
          <w:p w14:paraId="3EAF7A01" w14:textId="77777777" w:rsidR="00F930F6" w:rsidRDefault="00F930F6" w:rsidP="00EE6804"/>
        </w:tc>
        <w:tc>
          <w:tcPr>
            <w:tcW w:w="1795" w:type="dxa"/>
          </w:tcPr>
          <w:p w14:paraId="6CE85785" w14:textId="77777777" w:rsidR="00F930F6" w:rsidRDefault="00F930F6" w:rsidP="00EE6804"/>
        </w:tc>
        <w:tc>
          <w:tcPr>
            <w:tcW w:w="1795" w:type="dxa"/>
          </w:tcPr>
          <w:p w14:paraId="28727D62" w14:textId="77777777" w:rsidR="00F930F6" w:rsidRDefault="00F930F6" w:rsidP="00EE6804"/>
        </w:tc>
      </w:tr>
      <w:tr w:rsidR="00F930F6" w14:paraId="27CBF787" w14:textId="77777777" w:rsidTr="00F930F6">
        <w:trPr>
          <w:trHeight w:val="662"/>
        </w:trPr>
        <w:tc>
          <w:tcPr>
            <w:tcW w:w="1795" w:type="dxa"/>
            <w:shd w:val="clear" w:color="auto" w:fill="F2F2F2" w:themeFill="background1" w:themeFillShade="F2"/>
            <w:vAlign w:val="center"/>
          </w:tcPr>
          <w:p w14:paraId="3AE524A3" w14:textId="77777777" w:rsidR="00F930F6" w:rsidRPr="00F930F6" w:rsidRDefault="00F930F6" w:rsidP="00EE6804">
            <w:pPr>
              <w:jc w:val="center"/>
              <w:rPr>
                <w:b/>
                <w:bCs/>
              </w:rPr>
            </w:pPr>
          </w:p>
        </w:tc>
        <w:tc>
          <w:tcPr>
            <w:tcW w:w="1795" w:type="dxa"/>
          </w:tcPr>
          <w:p w14:paraId="03BB5A9C" w14:textId="77777777" w:rsidR="00F930F6" w:rsidRDefault="00F930F6" w:rsidP="00EE6804"/>
        </w:tc>
        <w:tc>
          <w:tcPr>
            <w:tcW w:w="1803" w:type="dxa"/>
          </w:tcPr>
          <w:p w14:paraId="458FBA89" w14:textId="77777777" w:rsidR="00F930F6" w:rsidRDefault="00F930F6" w:rsidP="00EE6804"/>
        </w:tc>
        <w:tc>
          <w:tcPr>
            <w:tcW w:w="1795" w:type="dxa"/>
          </w:tcPr>
          <w:p w14:paraId="35F3E586" w14:textId="77777777" w:rsidR="00F930F6" w:rsidRDefault="00F930F6" w:rsidP="00EE6804"/>
        </w:tc>
        <w:tc>
          <w:tcPr>
            <w:tcW w:w="1795" w:type="dxa"/>
          </w:tcPr>
          <w:p w14:paraId="68B911A8" w14:textId="77777777" w:rsidR="00F930F6" w:rsidRDefault="00F930F6" w:rsidP="00EE6804"/>
        </w:tc>
        <w:tc>
          <w:tcPr>
            <w:tcW w:w="1795" w:type="dxa"/>
          </w:tcPr>
          <w:p w14:paraId="1EE73AEA" w14:textId="77777777" w:rsidR="00F930F6" w:rsidRDefault="00F930F6" w:rsidP="00EE6804"/>
        </w:tc>
      </w:tr>
      <w:tr w:rsidR="00F930F6" w14:paraId="032FED75" w14:textId="77777777" w:rsidTr="00F930F6">
        <w:trPr>
          <w:trHeight w:val="662"/>
        </w:trPr>
        <w:tc>
          <w:tcPr>
            <w:tcW w:w="1795" w:type="dxa"/>
            <w:shd w:val="clear" w:color="auto" w:fill="F2F2F2" w:themeFill="background1" w:themeFillShade="F2"/>
            <w:vAlign w:val="center"/>
          </w:tcPr>
          <w:p w14:paraId="70263CDE" w14:textId="77777777" w:rsidR="00F930F6" w:rsidRPr="00F930F6" w:rsidRDefault="00F930F6" w:rsidP="00EE6804">
            <w:pPr>
              <w:jc w:val="center"/>
              <w:rPr>
                <w:b/>
                <w:bCs/>
              </w:rPr>
            </w:pPr>
          </w:p>
        </w:tc>
        <w:tc>
          <w:tcPr>
            <w:tcW w:w="1795" w:type="dxa"/>
          </w:tcPr>
          <w:p w14:paraId="05F9FCA0" w14:textId="77777777" w:rsidR="00F930F6" w:rsidRDefault="00F930F6" w:rsidP="00EE6804"/>
        </w:tc>
        <w:tc>
          <w:tcPr>
            <w:tcW w:w="1803" w:type="dxa"/>
          </w:tcPr>
          <w:p w14:paraId="625D2FDC" w14:textId="77777777" w:rsidR="00F930F6" w:rsidRDefault="00F930F6" w:rsidP="00EE6804"/>
        </w:tc>
        <w:tc>
          <w:tcPr>
            <w:tcW w:w="1795" w:type="dxa"/>
          </w:tcPr>
          <w:p w14:paraId="2C01EB6E" w14:textId="77777777" w:rsidR="00F930F6" w:rsidRDefault="00F930F6" w:rsidP="00EE6804"/>
        </w:tc>
        <w:tc>
          <w:tcPr>
            <w:tcW w:w="1795" w:type="dxa"/>
          </w:tcPr>
          <w:p w14:paraId="60B1B300" w14:textId="77777777" w:rsidR="00F930F6" w:rsidRDefault="00F930F6" w:rsidP="00EE6804"/>
        </w:tc>
        <w:tc>
          <w:tcPr>
            <w:tcW w:w="1795" w:type="dxa"/>
          </w:tcPr>
          <w:p w14:paraId="1C2CF140" w14:textId="77777777" w:rsidR="00F930F6" w:rsidRDefault="00F930F6" w:rsidP="00EE6804"/>
        </w:tc>
      </w:tr>
      <w:tr w:rsidR="00F930F6" w14:paraId="5DF60455" w14:textId="77777777" w:rsidTr="00F930F6">
        <w:trPr>
          <w:trHeight w:val="662"/>
        </w:trPr>
        <w:tc>
          <w:tcPr>
            <w:tcW w:w="1795" w:type="dxa"/>
            <w:shd w:val="clear" w:color="auto" w:fill="F2F2F2" w:themeFill="background1" w:themeFillShade="F2"/>
            <w:vAlign w:val="center"/>
          </w:tcPr>
          <w:p w14:paraId="02136FA6" w14:textId="77777777" w:rsidR="00F930F6" w:rsidRPr="00F930F6" w:rsidRDefault="00F930F6" w:rsidP="00EE6804">
            <w:pPr>
              <w:jc w:val="center"/>
              <w:rPr>
                <w:b/>
                <w:bCs/>
              </w:rPr>
            </w:pPr>
          </w:p>
        </w:tc>
        <w:tc>
          <w:tcPr>
            <w:tcW w:w="1795" w:type="dxa"/>
          </w:tcPr>
          <w:p w14:paraId="3EAEEE0D" w14:textId="77777777" w:rsidR="00F930F6" w:rsidRDefault="00F930F6" w:rsidP="00EE6804"/>
        </w:tc>
        <w:tc>
          <w:tcPr>
            <w:tcW w:w="1803" w:type="dxa"/>
          </w:tcPr>
          <w:p w14:paraId="57EF2BC9" w14:textId="77777777" w:rsidR="00F930F6" w:rsidRDefault="00F930F6" w:rsidP="00EE6804"/>
        </w:tc>
        <w:tc>
          <w:tcPr>
            <w:tcW w:w="1795" w:type="dxa"/>
          </w:tcPr>
          <w:p w14:paraId="0D6F9E4E" w14:textId="77777777" w:rsidR="00F930F6" w:rsidRDefault="00F930F6" w:rsidP="00EE6804"/>
        </w:tc>
        <w:tc>
          <w:tcPr>
            <w:tcW w:w="1795" w:type="dxa"/>
          </w:tcPr>
          <w:p w14:paraId="0E18D97A" w14:textId="77777777" w:rsidR="00F930F6" w:rsidRDefault="00F930F6" w:rsidP="00EE6804"/>
        </w:tc>
        <w:tc>
          <w:tcPr>
            <w:tcW w:w="1795" w:type="dxa"/>
          </w:tcPr>
          <w:p w14:paraId="6A5BC734" w14:textId="77777777" w:rsidR="00F930F6" w:rsidRDefault="00F930F6" w:rsidP="00EE6804"/>
        </w:tc>
      </w:tr>
      <w:tr w:rsidR="00F930F6" w14:paraId="0C95A47A" w14:textId="77777777" w:rsidTr="00F930F6">
        <w:trPr>
          <w:trHeight w:val="662"/>
        </w:trPr>
        <w:tc>
          <w:tcPr>
            <w:tcW w:w="1795" w:type="dxa"/>
            <w:shd w:val="clear" w:color="auto" w:fill="F2F2F2" w:themeFill="background1" w:themeFillShade="F2"/>
            <w:vAlign w:val="center"/>
          </w:tcPr>
          <w:p w14:paraId="666E4E99" w14:textId="77777777" w:rsidR="00F930F6" w:rsidRPr="00F930F6" w:rsidRDefault="00F930F6" w:rsidP="00EE6804">
            <w:pPr>
              <w:jc w:val="center"/>
              <w:rPr>
                <w:b/>
                <w:bCs/>
              </w:rPr>
            </w:pPr>
          </w:p>
        </w:tc>
        <w:tc>
          <w:tcPr>
            <w:tcW w:w="1795" w:type="dxa"/>
          </w:tcPr>
          <w:p w14:paraId="30CA2B82" w14:textId="77777777" w:rsidR="00F930F6" w:rsidRDefault="00F930F6" w:rsidP="00EE6804"/>
        </w:tc>
        <w:tc>
          <w:tcPr>
            <w:tcW w:w="1803" w:type="dxa"/>
          </w:tcPr>
          <w:p w14:paraId="56F3F198" w14:textId="77777777" w:rsidR="00F930F6" w:rsidRDefault="00F930F6" w:rsidP="00EE6804"/>
        </w:tc>
        <w:tc>
          <w:tcPr>
            <w:tcW w:w="1795" w:type="dxa"/>
          </w:tcPr>
          <w:p w14:paraId="6788261D" w14:textId="77777777" w:rsidR="00F930F6" w:rsidRDefault="00F930F6" w:rsidP="00EE6804"/>
        </w:tc>
        <w:tc>
          <w:tcPr>
            <w:tcW w:w="1795" w:type="dxa"/>
          </w:tcPr>
          <w:p w14:paraId="6D2B14D4" w14:textId="77777777" w:rsidR="00F930F6" w:rsidRDefault="00F930F6" w:rsidP="00EE6804"/>
        </w:tc>
        <w:tc>
          <w:tcPr>
            <w:tcW w:w="1795" w:type="dxa"/>
          </w:tcPr>
          <w:p w14:paraId="28CAF13E" w14:textId="77777777" w:rsidR="00F930F6" w:rsidRDefault="00F930F6" w:rsidP="00EE6804"/>
        </w:tc>
      </w:tr>
      <w:tr w:rsidR="00F930F6" w14:paraId="20DEA71A" w14:textId="77777777" w:rsidTr="00F930F6">
        <w:trPr>
          <w:trHeight w:val="662"/>
        </w:trPr>
        <w:tc>
          <w:tcPr>
            <w:tcW w:w="1795" w:type="dxa"/>
            <w:shd w:val="clear" w:color="auto" w:fill="F2F2F2" w:themeFill="background1" w:themeFillShade="F2"/>
            <w:vAlign w:val="center"/>
          </w:tcPr>
          <w:p w14:paraId="38EB3E56" w14:textId="77777777" w:rsidR="00F930F6" w:rsidRPr="00F930F6" w:rsidRDefault="00F930F6" w:rsidP="00EE6804">
            <w:pPr>
              <w:jc w:val="center"/>
              <w:rPr>
                <w:b/>
                <w:bCs/>
              </w:rPr>
            </w:pPr>
          </w:p>
        </w:tc>
        <w:tc>
          <w:tcPr>
            <w:tcW w:w="1795" w:type="dxa"/>
          </w:tcPr>
          <w:p w14:paraId="33C3428F" w14:textId="77777777" w:rsidR="00F930F6" w:rsidRDefault="00F930F6" w:rsidP="00EE6804"/>
        </w:tc>
        <w:tc>
          <w:tcPr>
            <w:tcW w:w="1803" w:type="dxa"/>
          </w:tcPr>
          <w:p w14:paraId="64DD2F34" w14:textId="77777777" w:rsidR="00F930F6" w:rsidRDefault="00F930F6" w:rsidP="00EE6804"/>
        </w:tc>
        <w:tc>
          <w:tcPr>
            <w:tcW w:w="1795" w:type="dxa"/>
          </w:tcPr>
          <w:p w14:paraId="1468D421" w14:textId="77777777" w:rsidR="00F930F6" w:rsidRDefault="00F930F6" w:rsidP="00EE6804"/>
        </w:tc>
        <w:tc>
          <w:tcPr>
            <w:tcW w:w="1795" w:type="dxa"/>
          </w:tcPr>
          <w:p w14:paraId="149EC198" w14:textId="77777777" w:rsidR="00F930F6" w:rsidRDefault="00F930F6" w:rsidP="00EE6804"/>
        </w:tc>
        <w:tc>
          <w:tcPr>
            <w:tcW w:w="1795" w:type="dxa"/>
          </w:tcPr>
          <w:p w14:paraId="2975A243" w14:textId="77777777" w:rsidR="00F930F6" w:rsidRDefault="00F930F6" w:rsidP="00EE6804"/>
        </w:tc>
      </w:tr>
      <w:tr w:rsidR="00F930F6" w14:paraId="5640A6C2" w14:textId="77777777" w:rsidTr="00F930F6">
        <w:trPr>
          <w:trHeight w:val="662"/>
        </w:trPr>
        <w:tc>
          <w:tcPr>
            <w:tcW w:w="1795" w:type="dxa"/>
            <w:shd w:val="clear" w:color="auto" w:fill="F2F2F2" w:themeFill="background1" w:themeFillShade="F2"/>
            <w:vAlign w:val="center"/>
          </w:tcPr>
          <w:p w14:paraId="5D5056C1" w14:textId="77777777" w:rsidR="00F930F6" w:rsidRPr="00F930F6" w:rsidRDefault="00F930F6" w:rsidP="00EE6804">
            <w:pPr>
              <w:jc w:val="center"/>
              <w:rPr>
                <w:b/>
                <w:bCs/>
              </w:rPr>
            </w:pPr>
          </w:p>
        </w:tc>
        <w:tc>
          <w:tcPr>
            <w:tcW w:w="1795" w:type="dxa"/>
          </w:tcPr>
          <w:p w14:paraId="6E1D05D3" w14:textId="77777777" w:rsidR="00F930F6" w:rsidRDefault="00F930F6" w:rsidP="00EE6804"/>
        </w:tc>
        <w:tc>
          <w:tcPr>
            <w:tcW w:w="1803" w:type="dxa"/>
          </w:tcPr>
          <w:p w14:paraId="6A755614" w14:textId="77777777" w:rsidR="00F930F6" w:rsidRDefault="00F930F6" w:rsidP="00EE6804"/>
        </w:tc>
        <w:tc>
          <w:tcPr>
            <w:tcW w:w="1795" w:type="dxa"/>
          </w:tcPr>
          <w:p w14:paraId="327422CB" w14:textId="77777777" w:rsidR="00F930F6" w:rsidRDefault="00F930F6" w:rsidP="00EE6804"/>
        </w:tc>
        <w:tc>
          <w:tcPr>
            <w:tcW w:w="1795" w:type="dxa"/>
          </w:tcPr>
          <w:p w14:paraId="2C67A44F" w14:textId="77777777" w:rsidR="00F930F6" w:rsidRDefault="00F930F6" w:rsidP="00EE6804"/>
        </w:tc>
        <w:tc>
          <w:tcPr>
            <w:tcW w:w="1795" w:type="dxa"/>
          </w:tcPr>
          <w:p w14:paraId="1F172705" w14:textId="77777777" w:rsidR="00F930F6" w:rsidRDefault="00F930F6" w:rsidP="00EE6804"/>
        </w:tc>
      </w:tr>
      <w:tr w:rsidR="00F930F6" w14:paraId="293E94CA" w14:textId="77777777" w:rsidTr="00F930F6">
        <w:trPr>
          <w:trHeight w:val="662"/>
        </w:trPr>
        <w:tc>
          <w:tcPr>
            <w:tcW w:w="1795" w:type="dxa"/>
            <w:shd w:val="clear" w:color="auto" w:fill="F2F2F2" w:themeFill="background1" w:themeFillShade="F2"/>
            <w:vAlign w:val="center"/>
          </w:tcPr>
          <w:p w14:paraId="7EE035E6" w14:textId="77777777" w:rsidR="00F930F6" w:rsidRPr="00F930F6" w:rsidRDefault="00F930F6" w:rsidP="00EE6804">
            <w:pPr>
              <w:jc w:val="center"/>
              <w:rPr>
                <w:b/>
                <w:bCs/>
              </w:rPr>
            </w:pPr>
          </w:p>
        </w:tc>
        <w:tc>
          <w:tcPr>
            <w:tcW w:w="1795" w:type="dxa"/>
          </w:tcPr>
          <w:p w14:paraId="7A80B1DC" w14:textId="77777777" w:rsidR="00F930F6" w:rsidRDefault="00F930F6" w:rsidP="00EE6804"/>
        </w:tc>
        <w:tc>
          <w:tcPr>
            <w:tcW w:w="1803" w:type="dxa"/>
          </w:tcPr>
          <w:p w14:paraId="3634481F" w14:textId="77777777" w:rsidR="00F930F6" w:rsidRDefault="00F930F6" w:rsidP="00EE6804"/>
        </w:tc>
        <w:tc>
          <w:tcPr>
            <w:tcW w:w="1795" w:type="dxa"/>
          </w:tcPr>
          <w:p w14:paraId="0EBFA934" w14:textId="77777777" w:rsidR="00F930F6" w:rsidRDefault="00F930F6" w:rsidP="00EE6804"/>
        </w:tc>
        <w:tc>
          <w:tcPr>
            <w:tcW w:w="1795" w:type="dxa"/>
          </w:tcPr>
          <w:p w14:paraId="69CADE7E" w14:textId="77777777" w:rsidR="00F930F6" w:rsidRDefault="00F930F6" w:rsidP="00EE6804"/>
        </w:tc>
        <w:tc>
          <w:tcPr>
            <w:tcW w:w="1795" w:type="dxa"/>
          </w:tcPr>
          <w:p w14:paraId="26C6873A" w14:textId="77777777" w:rsidR="00F930F6" w:rsidRDefault="00F930F6" w:rsidP="00EE6804"/>
        </w:tc>
      </w:tr>
      <w:tr w:rsidR="00F930F6" w14:paraId="27158664" w14:textId="77777777" w:rsidTr="00F930F6">
        <w:trPr>
          <w:trHeight w:val="662"/>
        </w:trPr>
        <w:tc>
          <w:tcPr>
            <w:tcW w:w="1795" w:type="dxa"/>
            <w:shd w:val="clear" w:color="auto" w:fill="F2F2F2" w:themeFill="background1" w:themeFillShade="F2"/>
            <w:vAlign w:val="center"/>
          </w:tcPr>
          <w:p w14:paraId="6BEA3EAC" w14:textId="77777777" w:rsidR="00F930F6" w:rsidRPr="00F930F6" w:rsidRDefault="00F930F6" w:rsidP="00EE6804">
            <w:pPr>
              <w:jc w:val="center"/>
              <w:rPr>
                <w:b/>
                <w:bCs/>
              </w:rPr>
            </w:pPr>
          </w:p>
        </w:tc>
        <w:tc>
          <w:tcPr>
            <w:tcW w:w="1795" w:type="dxa"/>
          </w:tcPr>
          <w:p w14:paraId="14732CFF" w14:textId="77777777" w:rsidR="00F930F6" w:rsidRDefault="00F930F6" w:rsidP="00EE6804"/>
        </w:tc>
        <w:tc>
          <w:tcPr>
            <w:tcW w:w="1803" w:type="dxa"/>
          </w:tcPr>
          <w:p w14:paraId="2191E451" w14:textId="77777777" w:rsidR="00F930F6" w:rsidRDefault="00F930F6" w:rsidP="00EE6804"/>
        </w:tc>
        <w:tc>
          <w:tcPr>
            <w:tcW w:w="1795" w:type="dxa"/>
          </w:tcPr>
          <w:p w14:paraId="74F0BB4F" w14:textId="77777777" w:rsidR="00F930F6" w:rsidRDefault="00F930F6" w:rsidP="00EE6804"/>
        </w:tc>
        <w:tc>
          <w:tcPr>
            <w:tcW w:w="1795" w:type="dxa"/>
          </w:tcPr>
          <w:p w14:paraId="524EB544" w14:textId="77777777" w:rsidR="00F930F6" w:rsidRDefault="00F930F6" w:rsidP="00EE6804"/>
        </w:tc>
        <w:tc>
          <w:tcPr>
            <w:tcW w:w="1795" w:type="dxa"/>
          </w:tcPr>
          <w:p w14:paraId="308CDD60" w14:textId="77777777" w:rsidR="00F930F6" w:rsidRDefault="00F930F6" w:rsidP="00EE6804"/>
        </w:tc>
      </w:tr>
    </w:tbl>
    <w:p w14:paraId="50BA82C4" w14:textId="09870298" w:rsidR="00F930F6" w:rsidRPr="00F930F6" w:rsidRDefault="00F930F6" w:rsidP="00F930F6">
      <w:pPr>
        <w:pStyle w:val="Heading1"/>
      </w:pPr>
      <w:r>
        <w:lastRenderedPageBreak/>
        <w:t xml:space="preserve">Day 2 – Weekday </w:t>
      </w:r>
    </w:p>
    <w:p w14:paraId="0E99B8B4" w14:textId="77777777" w:rsidR="006F6273" w:rsidRPr="006F6273" w:rsidRDefault="006F6273" w:rsidP="006F6273">
      <w:pPr>
        <w:jc w:val="right"/>
      </w:pPr>
      <w:r>
        <w:rPr>
          <w:b/>
        </w:rPr>
        <w:t xml:space="preserve">Participant ID: </w:t>
      </w:r>
      <w:r>
        <w:t>____________________________________</w:t>
      </w:r>
    </w:p>
    <w:p w14:paraId="1E37791D" w14:textId="3A4F908E" w:rsidR="00F930F6" w:rsidRPr="006F6273" w:rsidRDefault="006F6273" w:rsidP="006F6273">
      <w:pPr>
        <w:jc w:val="right"/>
        <w:rPr>
          <w:sz w:val="10"/>
          <w:szCs w:val="10"/>
        </w:rPr>
      </w:pPr>
      <w:r>
        <w:rPr>
          <w:b/>
        </w:rPr>
        <w:t xml:space="preserve">Date: </w:t>
      </w:r>
      <w:r>
        <w:t>____________________________________</w:t>
      </w:r>
      <w:r w:rsidR="00F930F6">
        <w:br/>
      </w:r>
    </w:p>
    <w:tbl>
      <w:tblPr>
        <w:tblStyle w:val="TableGrid"/>
        <w:tblW w:w="0" w:type="auto"/>
        <w:tblLook w:val="04A0" w:firstRow="1" w:lastRow="0" w:firstColumn="1" w:lastColumn="0" w:noHBand="0" w:noVBand="1"/>
      </w:tblPr>
      <w:tblGrid>
        <w:gridCol w:w="1795"/>
        <w:gridCol w:w="1795"/>
        <w:gridCol w:w="1803"/>
        <w:gridCol w:w="1795"/>
        <w:gridCol w:w="1795"/>
        <w:gridCol w:w="1795"/>
      </w:tblGrid>
      <w:tr w:rsidR="00F930F6" w14:paraId="47D6D335" w14:textId="77777777" w:rsidTr="00EE6804">
        <w:trPr>
          <w:trHeight w:val="779"/>
        </w:trPr>
        <w:tc>
          <w:tcPr>
            <w:tcW w:w="1795" w:type="dxa"/>
            <w:shd w:val="clear" w:color="auto" w:fill="F2F2F2" w:themeFill="background1" w:themeFillShade="F2"/>
            <w:vAlign w:val="center"/>
          </w:tcPr>
          <w:p w14:paraId="512E1431" w14:textId="77777777" w:rsidR="00F930F6" w:rsidRPr="00F930F6" w:rsidRDefault="00F930F6" w:rsidP="00EE6804">
            <w:pPr>
              <w:jc w:val="center"/>
              <w:rPr>
                <w:b/>
                <w:bCs/>
              </w:rPr>
            </w:pPr>
            <w:r w:rsidRPr="00F930F6">
              <w:rPr>
                <w:b/>
                <w:bCs/>
              </w:rPr>
              <w:t>Time</w:t>
            </w:r>
          </w:p>
        </w:tc>
        <w:tc>
          <w:tcPr>
            <w:tcW w:w="1795" w:type="dxa"/>
            <w:shd w:val="clear" w:color="auto" w:fill="F2F2F2" w:themeFill="background1" w:themeFillShade="F2"/>
            <w:vAlign w:val="center"/>
          </w:tcPr>
          <w:p w14:paraId="6FC980A7" w14:textId="77777777" w:rsidR="00F930F6" w:rsidRPr="00F930F6" w:rsidRDefault="00F930F6" w:rsidP="00EE6804">
            <w:pPr>
              <w:jc w:val="center"/>
              <w:rPr>
                <w:b/>
                <w:bCs/>
              </w:rPr>
            </w:pPr>
            <w:r w:rsidRPr="00F930F6">
              <w:rPr>
                <w:b/>
                <w:bCs/>
              </w:rPr>
              <w:t>Food / Drink Consumed</w:t>
            </w:r>
          </w:p>
        </w:tc>
        <w:tc>
          <w:tcPr>
            <w:tcW w:w="1803" w:type="dxa"/>
            <w:shd w:val="clear" w:color="auto" w:fill="F2F2F2" w:themeFill="background1" w:themeFillShade="F2"/>
            <w:vAlign w:val="center"/>
          </w:tcPr>
          <w:p w14:paraId="2059733E" w14:textId="77777777" w:rsidR="00F930F6" w:rsidRPr="00F930F6" w:rsidRDefault="00F930F6" w:rsidP="00EE6804">
            <w:pPr>
              <w:jc w:val="center"/>
              <w:rPr>
                <w:b/>
                <w:bCs/>
              </w:rPr>
            </w:pPr>
            <w:r w:rsidRPr="00F930F6">
              <w:rPr>
                <w:b/>
                <w:bCs/>
              </w:rPr>
              <w:t>Approximate Portion Size</w:t>
            </w:r>
          </w:p>
        </w:tc>
        <w:tc>
          <w:tcPr>
            <w:tcW w:w="1795" w:type="dxa"/>
            <w:shd w:val="clear" w:color="auto" w:fill="F2F2F2" w:themeFill="background1" w:themeFillShade="F2"/>
            <w:vAlign w:val="center"/>
          </w:tcPr>
          <w:p w14:paraId="22A6CCA5" w14:textId="77777777" w:rsidR="00F930F6" w:rsidRPr="00F930F6" w:rsidRDefault="00F930F6" w:rsidP="00EE6804">
            <w:pPr>
              <w:jc w:val="center"/>
              <w:rPr>
                <w:b/>
                <w:bCs/>
              </w:rPr>
            </w:pPr>
            <w:r w:rsidRPr="00F930F6">
              <w:rPr>
                <w:b/>
                <w:bCs/>
              </w:rPr>
              <w:t>Location / Meal Type</w:t>
            </w:r>
          </w:p>
        </w:tc>
        <w:tc>
          <w:tcPr>
            <w:tcW w:w="1795" w:type="dxa"/>
            <w:shd w:val="clear" w:color="auto" w:fill="F2F2F2" w:themeFill="background1" w:themeFillShade="F2"/>
            <w:vAlign w:val="center"/>
          </w:tcPr>
          <w:p w14:paraId="6F1FED08" w14:textId="77777777" w:rsidR="002564E9" w:rsidRDefault="002564E9" w:rsidP="002564E9">
            <w:pPr>
              <w:jc w:val="center"/>
              <w:rPr>
                <w:b/>
                <w:bCs/>
              </w:rPr>
            </w:pPr>
            <w:r w:rsidRPr="00F930F6">
              <w:rPr>
                <w:b/>
                <w:bCs/>
              </w:rPr>
              <w:t xml:space="preserve">Calories </w:t>
            </w:r>
          </w:p>
          <w:p w14:paraId="15446AB9" w14:textId="36D54D4F" w:rsidR="00F930F6" w:rsidRPr="00F930F6" w:rsidRDefault="002564E9" w:rsidP="002564E9">
            <w:pPr>
              <w:jc w:val="center"/>
              <w:rPr>
                <w:b/>
                <w:bCs/>
              </w:rPr>
            </w:pPr>
            <w:r w:rsidRPr="00F930F6">
              <w:rPr>
                <w:b/>
                <w:bCs/>
              </w:rPr>
              <w:t>(</w:t>
            </w:r>
            <w:r>
              <w:rPr>
                <w:b/>
                <w:bCs/>
              </w:rPr>
              <w:t>optional</w:t>
            </w:r>
            <w:r w:rsidRPr="00F930F6">
              <w:rPr>
                <w:b/>
                <w:bCs/>
              </w:rPr>
              <w:t>)</w:t>
            </w:r>
          </w:p>
        </w:tc>
        <w:tc>
          <w:tcPr>
            <w:tcW w:w="1795" w:type="dxa"/>
            <w:shd w:val="clear" w:color="auto" w:fill="F2F2F2" w:themeFill="background1" w:themeFillShade="F2"/>
            <w:vAlign w:val="center"/>
          </w:tcPr>
          <w:p w14:paraId="7CBF095B" w14:textId="77777777" w:rsidR="00F930F6" w:rsidRPr="00F930F6" w:rsidRDefault="00F930F6" w:rsidP="00EE6804">
            <w:pPr>
              <w:jc w:val="center"/>
              <w:rPr>
                <w:b/>
                <w:bCs/>
              </w:rPr>
            </w:pPr>
            <w:r w:rsidRPr="00F930F6">
              <w:rPr>
                <w:b/>
                <w:bCs/>
              </w:rPr>
              <w:t>Additional Notes</w:t>
            </w:r>
          </w:p>
        </w:tc>
      </w:tr>
      <w:tr w:rsidR="00F930F6" w14:paraId="0BD568B7" w14:textId="77777777" w:rsidTr="00EE6804">
        <w:trPr>
          <w:trHeight w:val="662"/>
        </w:trPr>
        <w:tc>
          <w:tcPr>
            <w:tcW w:w="1795" w:type="dxa"/>
            <w:shd w:val="clear" w:color="auto" w:fill="F2F2F2" w:themeFill="background1" w:themeFillShade="F2"/>
            <w:vAlign w:val="center"/>
          </w:tcPr>
          <w:p w14:paraId="1771685B" w14:textId="77777777" w:rsidR="00F930F6" w:rsidRPr="00F930F6" w:rsidRDefault="00F930F6" w:rsidP="00EE6804">
            <w:pPr>
              <w:jc w:val="center"/>
              <w:rPr>
                <w:b/>
                <w:bCs/>
              </w:rPr>
            </w:pPr>
          </w:p>
        </w:tc>
        <w:tc>
          <w:tcPr>
            <w:tcW w:w="1795" w:type="dxa"/>
          </w:tcPr>
          <w:p w14:paraId="74BD2533" w14:textId="77777777" w:rsidR="00F930F6" w:rsidRDefault="00F930F6" w:rsidP="00EE6804"/>
        </w:tc>
        <w:tc>
          <w:tcPr>
            <w:tcW w:w="1803" w:type="dxa"/>
          </w:tcPr>
          <w:p w14:paraId="174913EF" w14:textId="77777777" w:rsidR="00F930F6" w:rsidRDefault="00F930F6" w:rsidP="00EE6804"/>
        </w:tc>
        <w:tc>
          <w:tcPr>
            <w:tcW w:w="1795" w:type="dxa"/>
          </w:tcPr>
          <w:p w14:paraId="698E7BC8" w14:textId="77777777" w:rsidR="00F930F6" w:rsidRDefault="00F930F6" w:rsidP="00EE6804"/>
        </w:tc>
        <w:tc>
          <w:tcPr>
            <w:tcW w:w="1795" w:type="dxa"/>
          </w:tcPr>
          <w:p w14:paraId="1A2F9E32" w14:textId="77777777" w:rsidR="00F930F6" w:rsidRDefault="00F930F6" w:rsidP="00EE6804"/>
        </w:tc>
        <w:tc>
          <w:tcPr>
            <w:tcW w:w="1795" w:type="dxa"/>
          </w:tcPr>
          <w:p w14:paraId="2FD4A547" w14:textId="77777777" w:rsidR="00F930F6" w:rsidRDefault="00F930F6" w:rsidP="00EE6804"/>
        </w:tc>
      </w:tr>
      <w:tr w:rsidR="00F930F6" w14:paraId="48C2C1A4" w14:textId="77777777" w:rsidTr="00EE6804">
        <w:trPr>
          <w:trHeight w:val="662"/>
        </w:trPr>
        <w:tc>
          <w:tcPr>
            <w:tcW w:w="1795" w:type="dxa"/>
            <w:shd w:val="clear" w:color="auto" w:fill="F2F2F2" w:themeFill="background1" w:themeFillShade="F2"/>
            <w:vAlign w:val="center"/>
          </w:tcPr>
          <w:p w14:paraId="151EF8BE" w14:textId="77777777" w:rsidR="00F930F6" w:rsidRPr="00F930F6" w:rsidRDefault="00F930F6" w:rsidP="00EE6804">
            <w:pPr>
              <w:jc w:val="center"/>
              <w:rPr>
                <w:b/>
                <w:bCs/>
              </w:rPr>
            </w:pPr>
          </w:p>
        </w:tc>
        <w:tc>
          <w:tcPr>
            <w:tcW w:w="1795" w:type="dxa"/>
          </w:tcPr>
          <w:p w14:paraId="603956B5" w14:textId="77777777" w:rsidR="00F930F6" w:rsidRDefault="00F930F6" w:rsidP="00EE6804"/>
        </w:tc>
        <w:tc>
          <w:tcPr>
            <w:tcW w:w="1803" w:type="dxa"/>
          </w:tcPr>
          <w:p w14:paraId="12C034C0" w14:textId="77777777" w:rsidR="00F930F6" w:rsidRDefault="00F930F6" w:rsidP="00EE6804"/>
        </w:tc>
        <w:tc>
          <w:tcPr>
            <w:tcW w:w="1795" w:type="dxa"/>
          </w:tcPr>
          <w:p w14:paraId="72B458CD" w14:textId="77777777" w:rsidR="00F930F6" w:rsidRDefault="00F930F6" w:rsidP="00EE6804"/>
        </w:tc>
        <w:tc>
          <w:tcPr>
            <w:tcW w:w="1795" w:type="dxa"/>
          </w:tcPr>
          <w:p w14:paraId="0BBFB360" w14:textId="77777777" w:rsidR="00F930F6" w:rsidRDefault="00F930F6" w:rsidP="00EE6804"/>
        </w:tc>
        <w:tc>
          <w:tcPr>
            <w:tcW w:w="1795" w:type="dxa"/>
          </w:tcPr>
          <w:p w14:paraId="545129F0" w14:textId="77777777" w:rsidR="00F930F6" w:rsidRDefault="00F930F6" w:rsidP="00EE6804"/>
        </w:tc>
      </w:tr>
      <w:tr w:rsidR="00F930F6" w14:paraId="005F4845" w14:textId="77777777" w:rsidTr="00EE6804">
        <w:trPr>
          <w:trHeight w:val="662"/>
        </w:trPr>
        <w:tc>
          <w:tcPr>
            <w:tcW w:w="1795" w:type="dxa"/>
            <w:shd w:val="clear" w:color="auto" w:fill="F2F2F2" w:themeFill="background1" w:themeFillShade="F2"/>
            <w:vAlign w:val="center"/>
          </w:tcPr>
          <w:p w14:paraId="728B882B" w14:textId="77777777" w:rsidR="00F930F6" w:rsidRPr="00F930F6" w:rsidRDefault="00F930F6" w:rsidP="00EE6804">
            <w:pPr>
              <w:jc w:val="center"/>
              <w:rPr>
                <w:b/>
                <w:bCs/>
              </w:rPr>
            </w:pPr>
          </w:p>
        </w:tc>
        <w:tc>
          <w:tcPr>
            <w:tcW w:w="1795" w:type="dxa"/>
          </w:tcPr>
          <w:p w14:paraId="6DF3C06C" w14:textId="77777777" w:rsidR="00F930F6" w:rsidRDefault="00F930F6" w:rsidP="00EE6804"/>
        </w:tc>
        <w:tc>
          <w:tcPr>
            <w:tcW w:w="1803" w:type="dxa"/>
          </w:tcPr>
          <w:p w14:paraId="3B29D12B" w14:textId="77777777" w:rsidR="00F930F6" w:rsidRDefault="00F930F6" w:rsidP="00EE6804"/>
        </w:tc>
        <w:tc>
          <w:tcPr>
            <w:tcW w:w="1795" w:type="dxa"/>
          </w:tcPr>
          <w:p w14:paraId="4E4A21AE" w14:textId="77777777" w:rsidR="00F930F6" w:rsidRDefault="00F930F6" w:rsidP="00EE6804"/>
        </w:tc>
        <w:tc>
          <w:tcPr>
            <w:tcW w:w="1795" w:type="dxa"/>
          </w:tcPr>
          <w:p w14:paraId="0CFAFFDC" w14:textId="77777777" w:rsidR="00F930F6" w:rsidRDefault="00F930F6" w:rsidP="00EE6804"/>
        </w:tc>
        <w:tc>
          <w:tcPr>
            <w:tcW w:w="1795" w:type="dxa"/>
          </w:tcPr>
          <w:p w14:paraId="143640C3" w14:textId="77777777" w:rsidR="00F930F6" w:rsidRDefault="00F930F6" w:rsidP="00EE6804"/>
        </w:tc>
      </w:tr>
      <w:tr w:rsidR="00F930F6" w14:paraId="38644A37" w14:textId="77777777" w:rsidTr="00EE6804">
        <w:trPr>
          <w:trHeight w:val="662"/>
        </w:trPr>
        <w:tc>
          <w:tcPr>
            <w:tcW w:w="1795" w:type="dxa"/>
            <w:shd w:val="clear" w:color="auto" w:fill="F2F2F2" w:themeFill="background1" w:themeFillShade="F2"/>
            <w:vAlign w:val="center"/>
          </w:tcPr>
          <w:p w14:paraId="626420DB" w14:textId="77777777" w:rsidR="00F930F6" w:rsidRPr="00F930F6" w:rsidRDefault="00F930F6" w:rsidP="00EE6804">
            <w:pPr>
              <w:jc w:val="center"/>
              <w:rPr>
                <w:b/>
                <w:bCs/>
              </w:rPr>
            </w:pPr>
          </w:p>
        </w:tc>
        <w:tc>
          <w:tcPr>
            <w:tcW w:w="1795" w:type="dxa"/>
          </w:tcPr>
          <w:p w14:paraId="364D6EB1" w14:textId="77777777" w:rsidR="00F930F6" w:rsidRDefault="00F930F6" w:rsidP="00EE6804"/>
        </w:tc>
        <w:tc>
          <w:tcPr>
            <w:tcW w:w="1803" w:type="dxa"/>
          </w:tcPr>
          <w:p w14:paraId="539C4B33" w14:textId="77777777" w:rsidR="00F930F6" w:rsidRDefault="00F930F6" w:rsidP="00EE6804"/>
        </w:tc>
        <w:tc>
          <w:tcPr>
            <w:tcW w:w="1795" w:type="dxa"/>
          </w:tcPr>
          <w:p w14:paraId="2DFDC7A2" w14:textId="77777777" w:rsidR="00F930F6" w:rsidRDefault="00F930F6" w:rsidP="00EE6804"/>
        </w:tc>
        <w:tc>
          <w:tcPr>
            <w:tcW w:w="1795" w:type="dxa"/>
          </w:tcPr>
          <w:p w14:paraId="7BE05F19" w14:textId="77777777" w:rsidR="00F930F6" w:rsidRDefault="00F930F6" w:rsidP="00EE6804"/>
        </w:tc>
        <w:tc>
          <w:tcPr>
            <w:tcW w:w="1795" w:type="dxa"/>
          </w:tcPr>
          <w:p w14:paraId="69AD4CB2" w14:textId="77777777" w:rsidR="00F930F6" w:rsidRDefault="00F930F6" w:rsidP="00EE6804"/>
        </w:tc>
      </w:tr>
      <w:tr w:rsidR="00F930F6" w14:paraId="3761A99A" w14:textId="77777777" w:rsidTr="00EE6804">
        <w:trPr>
          <w:trHeight w:val="662"/>
        </w:trPr>
        <w:tc>
          <w:tcPr>
            <w:tcW w:w="1795" w:type="dxa"/>
            <w:shd w:val="clear" w:color="auto" w:fill="F2F2F2" w:themeFill="background1" w:themeFillShade="F2"/>
            <w:vAlign w:val="center"/>
          </w:tcPr>
          <w:p w14:paraId="7A7FFBFD" w14:textId="77777777" w:rsidR="00F930F6" w:rsidRPr="00F930F6" w:rsidRDefault="00F930F6" w:rsidP="00EE6804">
            <w:pPr>
              <w:jc w:val="center"/>
              <w:rPr>
                <w:b/>
                <w:bCs/>
              </w:rPr>
            </w:pPr>
          </w:p>
        </w:tc>
        <w:tc>
          <w:tcPr>
            <w:tcW w:w="1795" w:type="dxa"/>
          </w:tcPr>
          <w:p w14:paraId="1AF31B37" w14:textId="77777777" w:rsidR="00F930F6" w:rsidRDefault="00F930F6" w:rsidP="00EE6804"/>
        </w:tc>
        <w:tc>
          <w:tcPr>
            <w:tcW w:w="1803" w:type="dxa"/>
          </w:tcPr>
          <w:p w14:paraId="7B67BBA8" w14:textId="77777777" w:rsidR="00F930F6" w:rsidRDefault="00F930F6" w:rsidP="00EE6804"/>
        </w:tc>
        <w:tc>
          <w:tcPr>
            <w:tcW w:w="1795" w:type="dxa"/>
          </w:tcPr>
          <w:p w14:paraId="55972274" w14:textId="77777777" w:rsidR="00F930F6" w:rsidRDefault="00F930F6" w:rsidP="00EE6804"/>
        </w:tc>
        <w:tc>
          <w:tcPr>
            <w:tcW w:w="1795" w:type="dxa"/>
          </w:tcPr>
          <w:p w14:paraId="221190BD" w14:textId="77777777" w:rsidR="00F930F6" w:rsidRDefault="00F930F6" w:rsidP="00EE6804"/>
        </w:tc>
        <w:tc>
          <w:tcPr>
            <w:tcW w:w="1795" w:type="dxa"/>
          </w:tcPr>
          <w:p w14:paraId="16EA58E9" w14:textId="77777777" w:rsidR="00F930F6" w:rsidRDefault="00F930F6" w:rsidP="00EE6804"/>
        </w:tc>
      </w:tr>
      <w:tr w:rsidR="00F930F6" w14:paraId="44B0AEF5" w14:textId="77777777" w:rsidTr="00EE6804">
        <w:trPr>
          <w:trHeight w:val="662"/>
        </w:trPr>
        <w:tc>
          <w:tcPr>
            <w:tcW w:w="1795" w:type="dxa"/>
            <w:shd w:val="clear" w:color="auto" w:fill="F2F2F2" w:themeFill="background1" w:themeFillShade="F2"/>
            <w:vAlign w:val="center"/>
          </w:tcPr>
          <w:p w14:paraId="38B4534F" w14:textId="77777777" w:rsidR="00F930F6" w:rsidRPr="00F930F6" w:rsidRDefault="00F930F6" w:rsidP="00EE6804">
            <w:pPr>
              <w:jc w:val="center"/>
              <w:rPr>
                <w:b/>
                <w:bCs/>
              </w:rPr>
            </w:pPr>
          </w:p>
        </w:tc>
        <w:tc>
          <w:tcPr>
            <w:tcW w:w="1795" w:type="dxa"/>
          </w:tcPr>
          <w:p w14:paraId="78ECD9C8" w14:textId="77777777" w:rsidR="00F930F6" w:rsidRDefault="00F930F6" w:rsidP="00EE6804"/>
        </w:tc>
        <w:tc>
          <w:tcPr>
            <w:tcW w:w="1803" w:type="dxa"/>
          </w:tcPr>
          <w:p w14:paraId="316BD6ED" w14:textId="77777777" w:rsidR="00F930F6" w:rsidRDefault="00F930F6" w:rsidP="00EE6804"/>
        </w:tc>
        <w:tc>
          <w:tcPr>
            <w:tcW w:w="1795" w:type="dxa"/>
          </w:tcPr>
          <w:p w14:paraId="112112F3" w14:textId="77777777" w:rsidR="00F930F6" w:rsidRDefault="00F930F6" w:rsidP="00EE6804"/>
        </w:tc>
        <w:tc>
          <w:tcPr>
            <w:tcW w:w="1795" w:type="dxa"/>
          </w:tcPr>
          <w:p w14:paraId="3CE0A761" w14:textId="77777777" w:rsidR="00F930F6" w:rsidRDefault="00F930F6" w:rsidP="00EE6804"/>
        </w:tc>
        <w:tc>
          <w:tcPr>
            <w:tcW w:w="1795" w:type="dxa"/>
          </w:tcPr>
          <w:p w14:paraId="1182096F" w14:textId="77777777" w:rsidR="00F930F6" w:rsidRDefault="00F930F6" w:rsidP="00EE6804"/>
        </w:tc>
      </w:tr>
      <w:tr w:rsidR="00F930F6" w14:paraId="172AD78A" w14:textId="77777777" w:rsidTr="00EE6804">
        <w:trPr>
          <w:trHeight w:val="662"/>
        </w:trPr>
        <w:tc>
          <w:tcPr>
            <w:tcW w:w="1795" w:type="dxa"/>
            <w:shd w:val="clear" w:color="auto" w:fill="F2F2F2" w:themeFill="background1" w:themeFillShade="F2"/>
            <w:vAlign w:val="center"/>
          </w:tcPr>
          <w:p w14:paraId="4934B95B" w14:textId="77777777" w:rsidR="00F930F6" w:rsidRPr="00F930F6" w:rsidRDefault="00F930F6" w:rsidP="00EE6804">
            <w:pPr>
              <w:jc w:val="center"/>
              <w:rPr>
                <w:b/>
                <w:bCs/>
              </w:rPr>
            </w:pPr>
          </w:p>
        </w:tc>
        <w:tc>
          <w:tcPr>
            <w:tcW w:w="1795" w:type="dxa"/>
          </w:tcPr>
          <w:p w14:paraId="06B7B56C" w14:textId="77777777" w:rsidR="00F930F6" w:rsidRDefault="00F930F6" w:rsidP="00EE6804"/>
        </w:tc>
        <w:tc>
          <w:tcPr>
            <w:tcW w:w="1803" w:type="dxa"/>
          </w:tcPr>
          <w:p w14:paraId="50B7B026" w14:textId="77777777" w:rsidR="00F930F6" w:rsidRDefault="00F930F6" w:rsidP="00EE6804"/>
        </w:tc>
        <w:tc>
          <w:tcPr>
            <w:tcW w:w="1795" w:type="dxa"/>
          </w:tcPr>
          <w:p w14:paraId="31ED7952" w14:textId="77777777" w:rsidR="00F930F6" w:rsidRDefault="00F930F6" w:rsidP="00EE6804"/>
        </w:tc>
        <w:tc>
          <w:tcPr>
            <w:tcW w:w="1795" w:type="dxa"/>
          </w:tcPr>
          <w:p w14:paraId="7E541E9E" w14:textId="77777777" w:rsidR="00F930F6" w:rsidRDefault="00F930F6" w:rsidP="00EE6804"/>
        </w:tc>
        <w:tc>
          <w:tcPr>
            <w:tcW w:w="1795" w:type="dxa"/>
          </w:tcPr>
          <w:p w14:paraId="7C279FD0" w14:textId="77777777" w:rsidR="00F930F6" w:rsidRDefault="00F930F6" w:rsidP="00EE6804"/>
        </w:tc>
      </w:tr>
      <w:tr w:rsidR="00F930F6" w14:paraId="5C3D997A" w14:textId="77777777" w:rsidTr="00EE6804">
        <w:trPr>
          <w:trHeight w:val="662"/>
        </w:trPr>
        <w:tc>
          <w:tcPr>
            <w:tcW w:w="1795" w:type="dxa"/>
            <w:shd w:val="clear" w:color="auto" w:fill="F2F2F2" w:themeFill="background1" w:themeFillShade="F2"/>
            <w:vAlign w:val="center"/>
          </w:tcPr>
          <w:p w14:paraId="619B8F0A" w14:textId="77777777" w:rsidR="00F930F6" w:rsidRPr="00F930F6" w:rsidRDefault="00F930F6" w:rsidP="00EE6804">
            <w:pPr>
              <w:jc w:val="center"/>
              <w:rPr>
                <w:b/>
                <w:bCs/>
              </w:rPr>
            </w:pPr>
          </w:p>
        </w:tc>
        <w:tc>
          <w:tcPr>
            <w:tcW w:w="1795" w:type="dxa"/>
          </w:tcPr>
          <w:p w14:paraId="27CB5E88" w14:textId="77777777" w:rsidR="00F930F6" w:rsidRDefault="00F930F6" w:rsidP="00EE6804"/>
        </w:tc>
        <w:tc>
          <w:tcPr>
            <w:tcW w:w="1803" w:type="dxa"/>
          </w:tcPr>
          <w:p w14:paraId="3FF65076" w14:textId="77777777" w:rsidR="00F930F6" w:rsidRDefault="00F930F6" w:rsidP="00EE6804"/>
        </w:tc>
        <w:tc>
          <w:tcPr>
            <w:tcW w:w="1795" w:type="dxa"/>
          </w:tcPr>
          <w:p w14:paraId="67799C87" w14:textId="77777777" w:rsidR="00F930F6" w:rsidRDefault="00F930F6" w:rsidP="00EE6804"/>
        </w:tc>
        <w:tc>
          <w:tcPr>
            <w:tcW w:w="1795" w:type="dxa"/>
          </w:tcPr>
          <w:p w14:paraId="3F76C2D5" w14:textId="77777777" w:rsidR="00F930F6" w:rsidRDefault="00F930F6" w:rsidP="00EE6804"/>
        </w:tc>
        <w:tc>
          <w:tcPr>
            <w:tcW w:w="1795" w:type="dxa"/>
          </w:tcPr>
          <w:p w14:paraId="4A1D2C69" w14:textId="77777777" w:rsidR="00F930F6" w:rsidRDefault="00F930F6" w:rsidP="00EE6804"/>
        </w:tc>
      </w:tr>
      <w:tr w:rsidR="00F930F6" w14:paraId="17297777" w14:textId="77777777" w:rsidTr="00EE6804">
        <w:trPr>
          <w:trHeight w:val="662"/>
        </w:trPr>
        <w:tc>
          <w:tcPr>
            <w:tcW w:w="1795" w:type="dxa"/>
            <w:shd w:val="clear" w:color="auto" w:fill="F2F2F2" w:themeFill="background1" w:themeFillShade="F2"/>
            <w:vAlign w:val="center"/>
          </w:tcPr>
          <w:p w14:paraId="4235B549" w14:textId="77777777" w:rsidR="00F930F6" w:rsidRPr="00F930F6" w:rsidRDefault="00F930F6" w:rsidP="00EE6804">
            <w:pPr>
              <w:jc w:val="center"/>
              <w:rPr>
                <w:b/>
                <w:bCs/>
              </w:rPr>
            </w:pPr>
          </w:p>
        </w:tc>
        <w:tc>
          <w:tcPr>
            <w:tcW w:w="1795" w:type="dxa"/>
          </w:tcPr>
          <w:p w14:paraId="217894CD" w14:textId="77777777" w:rsidR="00F930F6" w:rsidRDefault="00F930F6" w:rsidP="00EE6804"/>
        </w:tc>
        <w:tc>
          <w:tcPr>
            <w:tcW w:w="1803" w:type="dxa"/>
          </w:tcPr>
          <w:p w14:paraId="29F149CD" w14:textId="77777777" w:rsidR="00F930F6" w:rsidRDefault="00F930F6" w:rsidP="00EE6804"/>
        </w:tc>
        <w:tc>
          <w:tcPr>
            <w:tcW w:w="1795" w:type="dxa"/>
          </w:tcPr>
          <w:p w14:paraId="28A90255" w14:textId="77777777" w:rsidR="00F930F6" w:rsidRDefault="00F930F6" w:rsidP="00EE6804"/>
        </w:tc>
        <w:tc>
          <w:tcPr>
            <w:tcW w:w="1795" w:type="dxa"/>
          </w:tcPr>
          <w:p w14:paraId="76CB4DF1" w14:textId="77777777" w:rsidR="00F930F6" w:rsidRDefault="00F930F6" w:rsidP="00EE6804"/>
        </w:tc>
        <w:tc>
          <w:tcPr>
            <w:tcW w:w="1795" w:type="dxa"/>
          </w:tcPr>
          <w:p w14:paraId="707A194C" w14:textId="77777777" w:rsidR="00F930F6" w:rsidRDefault="00F930F6" w:rsidP="00EE6804"/>
        </w:tc>
      </w:tr>
      <w:tr w:rsidR="00F930F6" w14:paraId="7899DE01" w14:textId="77777777" w:rsidTr="00EE6804">
        <w:trPr>
          <w:trHeight w:val="662"/>
        </w:trPr>
        <w:tc>
          <w:tcPr>
            <w:tcW w:w="1795" w:type="dxa"/>
            <w:shd w:val="clear" w:color="auto" w:fill="F2F2F2" w:themeFill="background1" w:themeFillShade="F2"/>
            <w:vAlign w:val="center"/>
          </w:tcPr>
          <w:p w14:paraId="2CD8D7A3" w14:textId="77777777" w:rsidR="00F930F6" w:rsidRPr="00F930F6" w:rsidRDefault="00F930F6" w:rsidP="00EE6804">
            <w:pPr>
              <w:jc w:val="center"/>
              <w:rPr>
                <w:b/>
                <w:bCs/>
              </w:rPr>
            </w:pPr>
          </w:p>
        </w:tc>
        <w:tc>
          <w:tcPr>
            <w:tcW w:w="1795" w:type="dxa"/>
          </w:tcPr>
          <w:p w14:paraId="15D56607" w14:textId="77777777" w:rsidR="00F930F6" w:rsidRDefault="00F930F6" w:rsidP="00EE6804"/>
        </w:tc>
        <w:tc>
          <w:tcPr>
            <w:tcW w:w="1803" w:type="dxa"/>
          </w:tcPr>
          <w:p w14:paraId="36B7DDE8" w14:textId="77777777" w:rsidR="00F930F6" w:rsidRDefault="00F930F6" w:rsidP="00EE6804"/>
        </w:tc>
        <w:tc>
          <w:tcPr>
            <w:tcW w:w="1795" w:type="dxa"/>
          </w:tcPr>
          <w:p w14:paraId="46C8CC12" w14:textId="77777777" w:rsidR="00F930F6" w:rsidRDefault="00F930F6" w:rsidP="00EE6804"/>
        </w:tc>
        <w:tc>
          <w:tcPr>
            <w:tcW w:w="1795" w:type="dxa"/>
          </w:tcPr>
          <w:p w14:paraId="2049B09F" w14:textId="77777777" w:rsidR="00F930F6" w:rsidRDefault="00F930F6" w:rsidP="00EE6804"/>
        </w:tc>
        <w:tc>
          <w:tcPr>
            <w:tcW w:w="1795" w:type="dxa"/>
          </w:tcPr>
          <w:p w14:paraId="460994AF" w14:textId="77777777" w:rsidR="00F930F6" w:rsidRDefault="00F930F6" w:rsidP="00EE6804"/>
        </w:tc>
      </w:tr>
      <w:tr w:rsidR="00F930F6" w14:paraId="346C0056" w14:textId="77777777" w:rsidTr="00EE6804">
        <w:trPr>
          <w:trHeight w:val="662"/>
        </w:trPr>
        <w:tc>
          <w:tcPr>
            <w:tcW w:w="1795" w:type="dxa"/>
            <w:shd w:val="clear" w:color="auto" w:fill="F2F2F2" w:themeFill="background1" w:themeFillShade="F2"/>
            <w:vAlign w:val="center"/>
          </w:tcPr>
          <w:p w14:paraId="41E6C3CD" w14:textId="77777777" w:rsidR="00F930F6" w:rsidRPr="00F930F6" w:rsidRDefault="00F930F6" w:rsidP="00EE6804">
            <w:pPr>
              <w:jc w:val="center"/>
              <w:rPr>
                <w:b/>
                <w:bCs/>
              </w:rPr>
            </w:pPr>
          </w:p>
        </w:tc>
        <w:tc>
          <w:tcPr>
            <w:tcW w:w="1795" w:type="dxa"/>
          </w:tcPr>
          <w:p w14:paraId="4CF2577A" w14:textId="77777777" w:rsidR="00F930F6" w:rsidRDefault="00F930F6" w:rsidP="00EE6804"/>
        </w:tc>
        <w:tc>
          <w:tcPr>
            <w:tcW w:w="1803" w:type="dxa"/>
          </w:tcPr>
          <w:p w14:paraId="0812D285" w14:textId="77777777" w:rsidR="00F930F6" w:rsidRDefault="00F930F6" w:rsidP="00EE6804"/>
        </w:tc>
        <w:tc>
          <w:tcPr>
            <w:tcW w:w="1795" w:type="dxa"/>
          </w:tcPr>
          <w:p w14:paraId="5522DAB5" w14:textId="77777777" w:rsidR="00F930F6" w:rsidRDefault="00F930F6" w:rsidP="00EE6804"/>
        </w:tc>
        <w:tc>
          <w:tcPr>
            <w:tcW w:w="1795" w:type="dxa"/>
          </w:tcPr>
          <w:p w14:paraId="352D39E8" w14:textId="77777777" w:rsidR="00F930F6" w:rsidRDefault="00F930F6" w:rsidP="00EE6804"/>
        </w:tc>
        <w:tc>
          <w:tcPr>
            <w:tcW w:w="1795" w:type="dxa"/>
          </w:tcPr>
          <w:p w14:paraId="23133F31" w14:textId="77777777" w:rsidR="00F930F6" w:rsidRDefault="00F930F6" w:rsidP="00EE6804"/>
        </w:tc>
      </w:tr>
      <w:tr w:rsidR="00F930F6" w14:paraId="2506E4FF" w14:textId="77777777" w:rsidTr="00EE6804">
        <w:trPr>
          <w:trHeight w:val="662"/>
        </w:trPr>
        <w:tc>
          <w:tcPr>
            <w:tcW w:w="1795" w:type="dxa"/>
            <w:shd w:val="clear" w:color="auto" w:fill="F2F2F2" w:themeFill="background1" w:themeFillShade="F2"/>
            <w:vAlign w:val="center"/>
          </w:tcPr>
          <w:p w14:paraId="2E55AC4C" w14:textId="77777777" w:rsidR="00F930F6" w:rsidRPr="00F930F6" w:rsidRDefault="00F930F6" w:rsidP="00EE6804">
            <w:pPr>
              <w:jc w:val="center"/>
              <w:rPr>
                <w:b/>
                <w:bCs/>
              </w:rPr>
            </w:pPr>
          </w:p>
        </w:tc>
        <w:tc>
          <w:tcPr>
            <w:tcW w:w="1795" w:type="dxa"/>
          </w:tcPr>
          <w:p w14:paraId="27BFBD46" w14:textId="77777777" w:rsidR="00F930F6" w:rsidRDefault="00F930F6" w:rsidP="00EE6804"/>
        </w:tc>
        <w:tc>
          <w:tcPr>
            <w:tcW w:w="1803" w:type="dxa"/>
          </w:tcPr>
          <w:p w14:paraId="01CCDBDC" w14:textId="77777777" w:rsidR="00F930F6" w:rsidRDefault="00F930F6" w:rsidP="00EE6804"/>
        </w:tc>
        <w:tc>
          <w:tcPr>
            <w:tcW w:w="1795" w:type="dxa"/>
          </w:tcPr>
          <w:p w14:paraId="2B1B2798" w14:textId="77777777" w:rsidR="00F930F6" w:rsidRDefault="00F930F6" w:rsidP="00EE6804"/>
        </w:tc>
        <w:tc>
          <w:tcPr>
            <w:tcW w:w="1795" w:type="dxa"/>
          </w:tcPr>
          <w:p w14:paraId="4BCAAD30" w14:textId="77777777" w:rsidR="00F930F6" w:rsidRDefault="00F930F6" w:rsidP="00EE6804"/>
        </w:tc>
        <w:tc>
          <w:tcPr>
            <w:tcW w:w="1795" w:type="dxa"/>
          </w:tcPr>
          <w:p w14:paraId="3962F968" w14:textId="77777777" w:rsidR="00F930F6" w:rsidRDefault="00F930F6" w:rsidP="00EE6804"/>
        </w:tc>
      </w:tr>
      <w:tr w:rsidR="00F930F6" w14:paraId="41DC6011" w14:textId="77777777" w:rsidTr="00EE6804">
        <w:trPr>
          <w:trHeight w:val="662"/>
        </w:trPr>
        <w:tc>
          <w:tcPr>
            <w:tcW w:w="1795" w:type="dxa"/>
            <w:shd w:val="clear" w:color="auto" w:fill="F2F2F2" w:themeFill="background1" w:themeFillShade="F2"/>
            <w:vAlign w:val="center"/>
          </w:tcPr>
          <w:p w14:paraId="148BD8CA" w14:textId="77777777" w:rsidR="00F930F6" w:rsidRPr="00F930F6" w:rsidRDefault="00F930F6" w:rsidP="00EE6804">
            <w:pPr>
              <w:jc w:val="center"/>
              <w:rPr>
                <w:b/>
                <w:bCs/>
              </w:rPr>
            </w:pPr>
          </w:p>
        </w:tc>
        <w:tc>
          <w:tcPr>
            <w:tcW w:w="1795" w:type="dxa"/>
          </w:tcPr>
          <w:p w14:paraId="5408822B" w14:textId="77777777" w:rsidR="00F930F6" w:rsidRDefault="00F930F6" w:rsidP="00EE6804"/>
        </w:tc>
        <w:tc>
          <w:tcPr>
            <w:tcW w:w="1803" w:type="dxa"/>
          </w:tcPr>
          <w:p w14:paraId="65767BB8" w14:textId="77777777" w:rsidR="00F930F6" w:rsidRDefault="00F930F6" w:rsidP="00EE6804"/>
        </w:tc>
        <w:tc>
          <w:tcPr>
            <w:tcW w:w="1795" w:type="dxa"/>
          </w:tcPr>
          <w:p w14:paraId="0D75225B" w14:textId="77777777" w:rsidR="00F930F6" w:rsidRDefault="00F930F6" w:rsidP="00EE6804"/>
        </w:tc>
        <w:tc>
          <w:tcPr>
            <w:tcW w:w="1795" w:type="dxa"/>
          </w:tcPr>
          <w:p w14:paraId="61B3AEBC" w14:textId="77777777" w:rsidR="00F930F6" w:rsidRDefault="00F930F6" w:rsidP="00EE6804"/>
        </w:tc>
        <w:tc>
          <w:tcPr>
            <w:tcW w:w="1795" w:type="dxa"/>
          </w:tcPr>
          <w:p w14:paraId="45434C8C" w14:textId="77777777" w:rsidR="00F930F6" w:rsidRDefault="00F930F6" w:rsidP="00EE6804"/>
        </w:tc>
      </w:tr>
      <w:tr w:rsidR="00F930F6" w14:paraId="34B4B43D" w14:textId="77777777" w:rsidTr="00EE6804">
        <w:trPr>
          <w:trHeight w:val="662"/>
        </w:trPr>
        <w:tc>
          <w:tcPr>
            <w:tcW w:w="1795" w:type="dxa"/>
            <w:shd w:val="clear" w:color="auto" w:fill="F2F2F2" w:themeFill="background1" w:themeFillShade="F2"/>
            <w:vAlign w:val="center"/>
          </w:tcPr>
          <w:p w14:paraId="3E5E3169" w14:textId="77777777" w:rsidR="00F930F6" w:rsidRPr="00F930F6" w:rsidRDefault="00F930F6" w:rsidP="00EE6804">
            <w:pPr>
              <w:jc w:val="center"/>
              <w:rPr>
                <w:b/>
                <w:bCs/>
              </w:rPr>
            </w:pPr>
          </w:p>
        </w:tc>
        <w:tc>
          <w:tcPr>
            <w:tcW w:w="1795" w:type="dxa"/>
          </w:tcPr>
          <w:p w14:paraId="3E9A5CB1" w14:textId="77777777" w:rsidR="00F930F6" w:rsidRDefault="00F930F6" w:rsidP="00EE6804"/>
        </w:tc>
        <w:tc>
          <w:tcPr>
            <w:tcW w:w="1803" w:type="dxa"/>
          </w:tcPr>
          <w:p w14:paraId="42E2BA15" w14:textId="77777777" w:rsidR="00F930F6" w:rsidRDefault="00F930F6" w:rsidP="00EE6804"/>
        </w:tc>
        <w:tc>
          <w:tcPr>
            <w:tcW w:w="1795" w:type="dxa"/>
          </w:tcPr>
          <w:p w14:paraId="0F0991EC" w14:textId="77777777" w:rsidR="00F930F6" w:rsidRDefault="00F930F6" w:rsidP="00EE6804"/>
        </w:tc>
        <w:tc>
          <w:tcPr>
            <w:tcW w:w="1795" w:type="dxa"/>
          </w:tcPr>
          <w:p w14:paraId="7D2FB97C" w14:textId="77777777" w:rsidR="00F930F6" w:rsidRDefault="00F930F6" w:rsidP="00EE6804"/>
        </w:tc>
        <w:tc>
          <w:tcPr>
            <w:tcW w:w="1795" w:type="dxa"/>
          </w:tcPr>
          <w:p w14:paraId="2AEBD770" w14:textId="77777777" w:rsidR="00F930F6" w:rsidRDefault="00F930F6" w:rsidP="00EE6804"/>
        </w:tc>
      </w:tr>
      <w:tr w:rsidR="00F930F6" w14:paraId="7D9B184F" w14:textId="77777777" w:rsidTr="00EE6804">
        <w:trPr>
          <w:trHeight w:val="662"/>
        </w:trPr>
        <w:tc>
          <w:tcPr>
            <w:tcW w:w="1795" w:type="dxa"/>
            <w:shd w:val="clear" w:color="auto" w:fill="F2F2F2" w:themeFill="background1" w:themeFillShade="F2"/>
            <w:vAlign w:val="center"/>
          </w:tcPr>
          <w:p w14:paraId="137345C1" w14:textId="77777777" w:rsidR="00F930F6" w:rsidRPr="00F930F6" w:rsidRDefault="00F930F6" w:rsidP="00EE6804">
            <w:pPr>
              <w:jc w:val="center"/>
              <w:rPr>
                <w:b/>
                <w:bCs/>
              </w:rPr>
            </w:pPr>
          </w:p>
        </w:tc>
        <w:tc>
          <w:tcPr>
            <w:tcW w:w="1795" w:type="dxa"/>
          </w:tcPr>
          <w:p w14:paraId="4847BC6D" w14:textId="77777777" w:rsidR="00F930F6" w:rsidRDefault="00F930F6" w:rsidP="00EE6804"/>
        </w:tc>
        <w:tc>
          <w:tcPr>
            <w:tcW w:w="1803" w:type="dxa"/>
          </w:tcPr>
          <w:p w14:paraId="03148E19" w14:textId="77777777" w:rsidR="00F930F6" w:rsidRDefault="00F930F6" w:rsidP="00EE6804"/>
        </w:tc>
        <w:tc>
          <w:tcPr>
            <w:tcW w:w="1795" w:type="dxa"/>
          </w:tcPr>
          <w:p w14:paraId="469C0928" w14:textId="77777777" w:rsidR="00F930F6" w:rsidRDefault="00F930F6" w:rsidP="00EE6804"/>
        </w:tc>
        <w:tc>
          <w:tcPr>
            <w:tcW w:w="1795" w:type="dxa"/>
          </w:tcPr>
          <w:p w14:paraId="6B182696" w14:textId="77777777" w:rsidR="00F930F6" w:rsidRDefault="00F930F6" w:rsidP="00EE6804"/>
        </w:tc>
        <w:tc>
          <w:tcPr>
            <w:tcW w:w="1795" w:type="dxa"/>
          </w:tcPr>
          <w:p w14:paraId="188D3E48" w14:textId="77777777" w:rsidR="00F930F6" w:rsidRDefault="00F930F6" w:rsidP="00EE6804"/>
        </w:tc>
      </w:tr>
      <w:tr w:rsidR="00F930F6" w14:paraId="2DACE679" w14:textId="77777777" w:rsidTr="00EE6804">
        <w:trPr>
          <w:trHeight w:val="662"/>
        </w:trPr>
        <w:tc>
          <w:tcPr>
            <w:tcW w:w="1795" w:type="dxa"/>
            <w:shd w:val="clear" w:color="auto" w:fill="F2F2F2" w:themeFill="background1" w:themeFillShade="F2"/>
            <w:vAlign w:val="center"/>
          </w:tcPr>
          <w:p w14:paraId="42008BD4" w14:textId="77777777" w:rsidR="00F930F6" w:rsidRPr="00F930F6" w:rsidRDefault="00F930F6" w:rsidP="00EE6804">
            <w:pPr>
              <w:jc w:val="center"/>
              <w:rPr>
                <w:b/>
                <w:bCs/>
              </w:rPr>
            </w:pPr>
          </w:p>
        </w:tc>
        <w:tc>
          <w:tcPr>
            <w:tcW w:w="1795" w:type="dxa"/>
          </w:tcPr>
          <w:p w14:paraId="2A012AE5" w14:textId="77777777" w:rsidR="00F930F6" w:rsidRDefault="00F930F6" w:rsidP="00EE6804"/>
        </w:tc>
        <w:tc>
          <w:tcPr>
            <w:tcW w:w="1803" w:type="dxa"/>
          </w:tcPr>
          <w:p w14:paraId="09D755BB" w14:textId="77777777" w:rsidR="00F930F6" w:rsidRDefault="00F930F6" w:rsidP="00EE6804"/>
        </w:tc>
        <w:tc>
          <w:tcPr>
            <w:tcW w:w="1795" w:type="dxa"/>
          </w:tcPr>
          <w:p w14:paraId="2500A5CD" w14:textId="77777777" w:rsidR="00F930F6" w:rsidRDefault="00F930F6" w:rsidP="00EE6804"/>
        </w:tc>
        <w:tc>
          <w:tcPr>
            <w:tcW w:w="1795" w:type="dxa"/>
          </w:tcPr>
          <w:p w14:paraId="24E56C29" w14:textId="77777777" w:rsidR="00F930F6" w:rsidRDefault="00F930F6" w:rsidP="00EE6804"/>
        </w:tc>
        <w:tc>
          <w:tcPr>
            <w:tcW w:w="1795" w:type="dxa"/>
          </w:tcPr>
          <w:p w14:paraId="10732DB3" w14:textId="77777777" w:rsidR="00F930F6" w:rsidRDefault="00F930F6" w:rsidP="00EE6804"/>
        </w:tc>
      </w:tr>
      <w:tr w:rsidR="00F930F6" w14:paraId="204923D7" w14:textId="77777777" w:rsidTr="00EE6804">
        <w:trPr>
          <w:trHeight w:val="662"/>
        </w:trPr>
        <w:tc>
          <w:tcPr>
            <w:tcW w:w="1795" w:type="dxa"/>
            <w:shd w:val="clear" w:color="auto" w:fill="F2F2F2" w:themeFill="background1" w:themeFillShade="F2"/>
            <w:vAlign w:val="center"/>
          </w:tcPr>
          <w:p w14:paraId="5D127D82" w14:textId="77777777" w:rsidR="00F930F6" w:rsidRPr="00F930F6" w:rsidRDefault="00F930F6" w:rsidP="00EE6804">
            <w:pPr>
              <w:jc w:val="center"/>
              <w:rPr>
                <w:b/>
                <w:bCs/>
              </w:rPr>
            </w:pPr>
          </w:p>
        </w:tc>
        <w:tc>
          <w:tcPr>
            <w:tcW w:w="1795" w:type="dxa"/>
          </w:tcPr>
          <w:p w14:paraId="2965BDFE" w14:textId="77777777" w:rsidR="00F930F6" w:rsidRDefault="00F930F6" w:rsidP="00EE6804"/>
        </w:tc>
        <w:tc>
          <w:tcPr>
            <w:tcW w:w="1803" w:type="dxa"/>
          </w:tcPr>
          <w:p w14:paraId="3F3683FA" w14:textId="77777777" w:rsidR="00F930F6" w:rsidRDefault="00F930F6" w:rsidP="00EE6804"/>
        </w:tc>
        <w:tc>
          <w:tcPr>
            <w:tcW w:w="1795" w:type="dxa"/>
          </w:tcPr>
          <w:p w14:paraId="2971EB55" w14:textId="77777777" w:rsidR="00F930F6" w:rsidRDefault="00F930F6" w:rsidP="00EE6804"/>
        </w:tc>
        <w:tc>
          <w:tcPr>
            <w:tcW w:w="1795" w:type="dxa"/>
          </w:tcPr>
          <w:p w14:paraId="125DE9BC" w14:textId="77777777" w:rsidR="00F930F6" w:rsidRDefault="00F930F6" w:rsidP="00EE6804"/>
        </w:tc>
        <w:tc>
          <w:tcPr>
            <w:tcW w:w="1795" w:type="dxa"/>
          </w:tcPr>
          <w:p w14:paraId="37DC7A35" w14:textId="77777777" w:rsidR="00F930F6" w:rsidRDefault="00F930F6" w:rsidP="00EE6804"/>
        </w:tc>
      </w:tr>
    </w:tbl>
    <w:p w14:paraId="44AD09CE" w14:textId="370204DA" w:rsidR="00F930F6" w:rsidRPr="00F930F6" w:rsidRDefault="00F930F6" w:rsidP="00F930F6">
      <w:pPr>
        <w:pStyle w:val="Heading1"/>
      </w:pPr>
      <w:r>
        <w:lastRenderedPageBreak/>
        <w:t xml:space="preserve">Day 3 – </w:t>
      </w:r>
      <w:r w:rsidRPr="00F930F6">
        <w:rPr>
          <w:color w:val="EE0000"/>
        </w:rPr>
        <w:t>Weekend</w:t>
      </w:r>
    </w:p>
    <w:p w14:paraId="7DE64C1E" w14:textId="77777777" w:rsidR="006F6273" w:rsidRPr="006F6273" w:rsidRDefault="006F6273" w:rsidP="006F6273">
      <w:pPr>
        <w:jc w:val="right"/>
      </w:pPr>
      <w:r>
        <w:rPr>
          <w:b/>
        </w:rPr>
        <w:t xml:space="preserve">Participant ID: </w:t>
      </w:r>
      <w:r>
        <w:t>____________________________________</w:t>
      </w:r>
    </w:p>
    <w:p w14:paraId="3D5DED7E" w14:textId="07032392" w:rsidR="00F930F6" w:rsidRPr="006F6273" w:rsidRDefault="006F6273" w:rsidP="006F6273">
      <w:pPr>
        <w:jc w:val="right"/>
        <w:rPr>
          <w:sz w:val="10"/>
          <w:szCs w:val="10"/>
        </w:rPr>
      </w:pPr>
      <w:r>
        <w:rPr>
          <w:b/>
        </w:rPr>
        <w:t xml:space="preserve">Date: </w:t>
      </w:r>
      <w:r>
        <w:t>____________________________________</w:t>
      </w:r>
      <w:r w:rsidR="00F930F6">
        <w:br/>
      </w:r>
    </w:p>
    <w:tbl>
      <w:tblPr>
        <w:tblStyle w:val="TableGrid"/>
        <w:tblW w:w="0" w:type="auto"/>
        <w:tblLook w:val="04A0" w:firstRow="1" w:lastRow="0" w:firstColumn="1" w:lastColumn="0" w:noHBand="0" w:noVBand="1"/>
      </w:tblPr>
      <w:tblGrid>
        <w:gridCol w:w="1795"/>
        <w:gridCol w:w="1795"/>
        <w:gridCol w:w="1803"/>
        <w:gridCol w:w="1795"/>
        <w:gridCol w:w="1795"/>
        <w:gridCol w:w="1795"/>
      </w:tblGrid>
      <w:tr w:rsidR="00F930F6" w14:paraId="5E789024" w14:textId="77777777" w:rsidTr="00EE6804">
        <w:trPr>
          <w:trHeight w:val="779"/>
        </w:trPr>
        <w:tc>
          <w:tcPr>
            <w:tcW w:w="1795" w:type="dxa"/>
            <w:shd w:val="clear" w:color="auto" w:fill="F2F2F2" w:themeFill="background1" w:themeFillShade="F2"/>
            <w:vAlign w:val="center"/>
          </w:tcPr>
          <w:p w14:paraId="576CC374" w14:textId="77777777" w:rsidR="00F930F6" w:rsidRPr="00F930F6" w:rsidRDefault="00F930F6" w:rsidP="00EE6804">
            <w:pPr>
              <w:jc w:val="center"/>
              <w:rPr>
                <w:b/>
                <w:bCs/>
              </w:rPr>
            </w:pPr>
            <w:r w:rsidRPr="00F930F6">
              <w:rPr>
                <w:b/>
                <w:bCs/>
              </w:rPr>
              <w:t>Time</w:t>
            </w:r>
          </w:p>
        </w:tc>
        <w:tc>
          <w:tcPr>
            <w:tcW w:w="1795" w:type="dxa"/>
            <w:shd w:val="clear" w:color="auto" w:fill="F2F2F2" w:themeFill="background1" w:themeFillShade="F2"/>
            <w:vAlign w:val="center"/>
          </w:tcPr>
          <w:p w14:paraId="02931A54" w14:textId="77777777" w:rsidR="00F930F6" w:rsidRPr="00F930F6" w:rsidRDefault="00F930F6" w:rsidP="00EE6804">
            <w:pPr>
              <w:jc w:val="center"/>
              <w:rPr>
                <w:b/>
                <w:bCs/>
              </w:rPr>
            </w:pPr>
            <w:r w:rsidRPr="00F930F6">
              <w:rPr>
                <w:b/>
                <w:bCs/>
              </w:rPr>
              <w:t>Food / Drink Consumed</w:t>
            </w:r>
          </w:p>
        </w:tc>
        <w:tc>
          <w:tcPr>
            <w:tcW w:w="1803" w:type="dxa"/>
            <w:shd w:val="clear" w:color="auto" w:fill="F2F2F2" w:themeFill="background1" w:themeFillShade="F2"/>
            <w:vAlign w:val="center"/>
          </w:tcPr>
          <w:p w14:paraId="6065AC2E" w14:textId="77777777" w:rsidR="00F930F6" w:rsidRPr="00F930F6" w:rsidRDefault="00F930F6" w:rsidP="00EE6804">
            <w:pPr>
              <w:jc w:val="center"/>
              <w:rPr>
                <w:b/>
                <w:bCs/>
              </w:rPr>
            </w:pPr>
            <w:r w:rsidRPr="00F930F6">
              <w:rPr>
                <w:b/>
                <w:bCs/>
              </w:rPr>
              <w:t>Approximate Portion Size</w:t>
            </w:r>
          </w:p>
        </w:tc>
        <w:tc>
          <w:tcPr>
            <w:tcW w:w="1795" w:type="dxa"/>
            <w:shd w:val="clear" w:color="auto" w:fill="F2F2F2" w:themeFill="background1" w:themeFillShade="F2"/>
            <w:vAlign w:val="center"/>
          </w:tcPr>
          <w:p w14:paraId="378B4C3C" w14:textId="77777777" w:rsidR="00F930F6" w:rsidRPr="00F930F6" w:rsidRDefault="00F930F6" w:rsidP="00EE6804">
            <w:pPr>
              <w:jc w:val="center"/>
              <w:rPr>
                <w:b/>
                <w:bCs/>
              </w:rPr>
            </w:pPr>
            <w:r w:rsidRPr="00F930F6">
              <w:rPr>
                <w:b/>
                <w:bCs/>
              </w:rPr>
              <w:t>Location / Meal Type</w:t>
            </w:r>
          </w:p>
        </w:tc>
        <w:tc>
          <w:tcPr>
            <w:tcW w:w="1795" w:type="dxa"/>
            <w:shd w:val="clear" w:color="auto" w:fill="F2F2F2" w:themeFill="background1" w:themeFillShade="F2"/>
            <w:vAlign w:val="center"/>
          </w:tcPr>
          <w:p w14:paraId="15CB78FB" w14:textId="77777777" w:rsidR="002564E9" w:rsidRDefault="002564E9" w:rsidP="002564E9">
            <w:pPr>
              <w:jc w:val="center"/>
              <w:rPr>
                <w:b/>
                <w:bCs/>
              </w:rPr>
            </w:pPr>
            <w:r w:rsidRPr="00F930F6">
              <w:rPr>
                <w:b/>
                <w:bCs/>
              </w:rPr>
              <w:t xml:space="preserve">Calories </w:t>
            </w:r>
          </w:p>
          <w:p w14:paraId="58EEB513" w14:textId="39ED0548" w:rsidR="00F930F6" w:rsidRPr="00F930F6" w:rsidRDefault="002564E9" w:rsidP="002564E9">
            <w:pPr>
              <w:jc w:val="center"/>
              <w:rPr>
                <w:b/>
                <w:bCs/>
              </w:rPr>
            </w:pPr>
            <w:r w:rsidRPr="00F930F6">
              <w:rPr>
                <w:b/>
                <w:bCs/>
              </w:rPr>
              <w:t>(</w:t>
            </w:r>
            <w:r>
              <w:rPr>
                <w:b/>
                <w:bCs/>
              </w:rPr>
              <w:t>optional</w:t>
            </w:r>
            <w:r w:rsidRPr="00F930F6">
              <w:rPr>
                <w:b/>
                <w:bCs/>
              </w:rPr>
              <w:t>)</w:t>
            </w:r>
          </w:p>
        </w:tc>
        <w:tc>
          <w:tcPr>
            <w:tcW w:w="1795" w:type="dxa"/>
            <w:shd w:val="clear" w:color="auto" w:fill="F2F2F2" w:themeFill="background1" w:themeFillShade="F2"/>
            <w:vAlign w:val="center"/>
          </w:tcPr>
          <w:p w14:paraId="58A574A4" w14:textId="77777777" w:rsidR="00F930F6" w:rsidRPr="00F930F6" w:rsidRDefault="00F930F6" w:rsidP="00EE6804">
            <w:pPr>
              <w:jc w:val="center"/>
              <w:rPr>
                <w:b/>
                <w:bCs/>
              </w:rPr>
            </w:pPr>
            <w:r w:rsidRPr="00F930F6">
              <w:rPr>
                <w:b/>
                <w:bCs/>
              </w:rPr>
              <w:t>Additional Notes</w:t>
            </w:r>
          </w:p>
        </w:tc>
      </w:tr>
      <w:tr w:rsidR="00F930F6" w14:paraId="2B29A47E" w14:textId="77777777" w:rsidTr="00EE6804">
        <w:trPr>
          <w:trHeight w:val="662"/>
        </w:trPr>
        <w:tc>
          <w:tcPr>
            <w:tcW w:w="1795" w:type="dxa"/>
            <w:shd w:val="clear" w:color="auto" w:fill="F2F2F2" w:themeFill="background1" w:themeFillShade="F2"/>
            <w:vAlign w:val="center"/>
          </w:tcPr>
          <w:p w14:paraId="523EA9BE" w14:textId="77777777" w:rsidR="00F930F6" w:rsidRPr="00F930F6" w:rsidRDefault="00F930F6" w:rsidP="00EE6804">
            <w:pPr>
              <w:jc w:val="center"/>
              <w:rPr>
                <w:b/>
                <w:bCs/>
              </w:rPr>
            </w:pPr>
          </w:p>
        </w:tc>
        <w:tc>
          <w:tcPr>
            <w:tcW w:w="1795" w:type="dxa"/>
          </w:tcPr>
          <w:p w14:paraId="4902B0BE" w14:textId="77777777" w:rsidR="00F930F6" w:rsidRDefault="00F930F6" w:rsidP="00EE6804"/>
        </w:tc>
        <w:tc>
          <w:tcPr>
            <w:tcW w:w="1803" w:type="dxa"/>
          </w:tcPr>
          <w:p w14:paraId="0743573F" w14:textId="77777777" w:rsidR="00F930F6" w:rsidRDefault="00F930F6" w:rsidP="00EE6804"/>
        </w:tc>
        <w:tc>
          <w:tcPr>
            <w:tcW w:w="1795" w:type="dxa"/>
          </w:tcPr>
          <w:p w14:paraId="3D76C6C8" w14:textId="77777777" w:rsidR="00F930F6" w:rsidRDefault="00F930F6" w:rsidP="00EE6804"/>
        </w:tc>
        <w:tc>
          <w:tcPr>
            <w:tcW w:w="1795" w:type="dxa"/>
          </w:tcPr>
          <w:p w14:paraId="10B4B7A8" w14:textId="77777777" w:rsidR="00F930F6" w:rsidRDefault="00F930F6" w:rsidP="00EE6804"/>
        </w:tc>
        <w:tc>
          <w:tcPr>
            <w:tcW w:w="1795" w:type="dxa"/>
          </w:tcPr>
          <w:p w14:paraId="7FF66911" w14:textId="77777777" w:rsidR="00F930F6" w:rsidRDefault="00F930F6" w:rsidP="00EE6804"/>
        </w:tc>
      </w:tr>
      <w:tr w:rsidR="00F930F6" w14:paraId="08253ABF" w14:textId="77777777" w:rsidTr="00EE6804">
        <w:trPr>
          <w:trHeight w:val="662"/>
        </w:trPr>
        <w:tc>
          <w:tcPr>
            <w:tcW w:w="1795" w:type="dxa"/>
            <w:shd w:val="clear" w:color="auto" w:fill="F2F2F2" w:themeFill="background1" w:themeFillShade="F2"/>
            <w:vAlign w:val="center"/>
          </w:tcPr>
          <w:p w14:paraId="77983E3A" w14:textId="77777777" w:rsidR="00F930F6" w:rsidRPr="00F930F6" w:rsidRDefault="00F930F6" w:rsidP="00EE6804">
            <w:pPr>
              <w:jc w:val="center"/>
              <w:rPr>
                <w:b/>
                <w:bCs/>
              </w:rPr>
            </w:pPr>
          </w:p>
        </w:tc>
        <w:tc>
          <w:tcPr>
            <w:tcW w:w="1795" w:type="dxa"/>
          </w:tcPr>
          <w:p w14:paraId="269829B6" w14:textId="77777777" w:rsidR="00F930F6" w:rsidRDefault="00F930F6" w:rsidP="00EE6804"/>
        </w:tc>
        <w:tc>
          <w:tcPr>
            <w:tcW w:w="1803" w:type="dxa"/>
          </w:tcPr>
          <w:p w14:paraId="36850183" w14:textId="77777777" w:rsidR="00F930F6" w:rsidRDefault="00F930F6" w:rsidP="00EE6804"/>
        </w:tc>
        <w:tc>
          <w:tcPr>
            <w:tcW w:w="1795" w:type="dxa"/>
          </w:tcPr>
          <w:p w14:paraId="2797C2A0" w14:textId="77777777" w:rsidR="00F930F6" w:rsidRDefault="00F930F6" w:rsidP="00EE6804"/>
        </w:tc>
        <w:tc>
          <w:tcPr>
            <w:tcW w:w="1795" w:type="dxa"/>
          </w:tcPr>
          <w:p w14:paraId="04124B45" w14:textId="77777777" w:rsidR="00F930F6" w:rsidRDefault="00F930F6" w:rsidP="00EE6804"/>
        </w:tc>
        <w:tc>
          <w:tcPr>
            <w:tcW w:w="1795" w:type="dxa"/>
          </w:tcPr>
          <w:p w14:paraId="4CDE530F" w14:textId="77777777" w:rsidR="00F930F6" w:rsidRDefault="00F930F6" w:rsidP="00EE6804"/>
        </w:tc>
      </w:tr>
      <w:tr w:rsidR="00F930F6" w14:paraId="504D4D2A" w14:textId="77777777" w:rsidTr="00EE6804">
        <w:trPr>
          <w:trHeight w:val="662"/>
        </w:trPr>
        <w:tc>
          <w:tcPr>
            <w:tcW w:w="1795" w:type="dxa"/>
            <w:shd w:val="clear" w:color="auto" w:fill="F2F2F2" w:themeFill="background1" w:themeFillShade="F2"/>
            <w:vAlign w:val="center"/>
          </w:tcPr>
          <w:p w14:paraId="174B7221" w14:textId="77777777" w:rsidR="00F930F6" w:rsidRPr="00F930F6" w:rsidRDefault="00F930F6" w:rsidP="00EE6804">
            <w:pPr>
              <w:jc w:val="center"/>
              <w:rPr>
                <w:b/>
                <w:bCs/>
              </w:rPr>
            </w:pPr>
          </w:p>
        </w:tc>
        <w:tc>
          <w:tcPr>
            <w:tcW w:w="1795" w:type="dxa"/>
          </w:tcPr>
          <w:p w14:paraId="44660D11" w14:textId="77777777" w:rsidR="00F930F6" w:rsidRDefault="00F930F6" w:rsidP="00EE6804"/>
        </w:tc>
        <w:tc>
          <w:tcPr>
            <w:tcW w:w="1803" w:type="dxa"/>
          </w:tcPr>
          <w:p w14:paraId="1A101E0B" w14:textId="77777777" w:rsidR="00F930F6" w:rsidRDefault="00F930F6" w:rsidP="00EE6804"/>
        </w:tc>
        <w:tc>
          <w:tcPr>
            <w:tcW w:w="1795" w:type="dxa"/>
          </w:tcPr>
          <w:p w14:paraId="775D4FCE" w14:textId="77777777" w:rsidR="00F930F6" w:rsidRDefault="00F930F6" w:rsidP="00EE6804"/>
        </w:tc>
        <w:tc>
          <w:tcPr>
            <w:tcW w:w="1795" w:type="dxa"/>
          </w:tcPr>
          <w:p w14:paraId="51CB7A6F" w14:textId="77777777" w:rsidR="00F930F6" w:rsidRDefault="00F930F6" w:rsidP="00EE6804"/>
        </w:tc>
        <w:tc>
          <w:tcPr>
            <w:tcW w:w="1795" w:type="dxa"/>
          </w:tcPr>
          <w:p w14:paraId="0624E40C" w14:textId="77777777" w:rsidR="00F930F6" w:rsidRDefault="00F930F6" w:rsidP="00EE6804"/>
        </w:tc>
      </w:tr>
      <w:tr w:rsidR="00F930F6" w14:paraId="65B6D9AC" w14:textId="77777777" w:rsidTr="00EE6804">
        <w:trPr>
          <w:trHeight w:val="662"/>
        </w:trPr>
        <w:tc>
          <w:tcPr>
            <w:tcW w:w="1795" w:type="dxa"/>
            <w:shd w:val="clear" w:color="auto" w:fill="F2F2F2" w:themeFill="background1" w:themeFillShade="F2"/>
            <w:vAlign w:val="center"/>
          </w:tcPr>
          <w:p w14:paraId="409635ED" w14:textId="77777777" w:rsidR="00F930F6" w:rsidRPr="00F930F6" w:rsidRDefault="00F930F6" w:rsidP="00EE6804">
            <w:pPr>
              <w:jc w:val="center"/>
              <w:rPr>
                <w:b/>
                <w:bCs/>
              </w:rPr>
            </w:pPr>
          </w:p>
        </w:tc>
        <w:tc>
          <w:tcPr>
            <w:tcW w:w="1795" w:type="dxa"/>
          </w:tcPr>
          <w:p w14:paraId="5D9F8DA0" w14:textId="77777777" w:rsidR="00F930F6" w:rsidRDefault="00F930F6" w:rsidP="00EE6804"/>
        </w:tc>
        <w:tc>
          <w:tcPr>
            <w:tcW w:w="1803" w:type="dxa"/>
          </w:tcPr>
          <w:p w14:paraId="4D092CBC" w14:textId="77777777" w:rsidR="00F930F6" w:rsidRDefault="00F930F6" w:rsidP="00EE6804"/>
        </w:tc>
        <w:tc>
          <w:tcPr>
            <w:tcW w:w="1795" w:type="dxa"/>
          </w:tcPr>
          <w:p w14:paraId="7405FA91" w14:textId="77777777" w:rsidR="00F930F6" w:rsidRDefault="00F930F6" w:rsidP="00EE6804"/>
        </w:tc>
        <w:tc>
          <w:tcPr>
            <w:tcW w:w="1795" w:type="dxa"/>
          </w:tcPr>
          <w:p w14:paraId="246A7773" w14:textId="77777777" w:rsidR="00F930F6" w:rsidRDefault="00F930F6" w:rsidP="00EE6804"/>
        </w:tc>
        <w:tc>
          <w:tcPr>
            <w:tcW w:w="1795" w:type="dxa"/>
          </w:tcPr>
          <w:p w14:paraId="23754A79" w14:textId="77777777" w:rsidR="00F930F6" w:rsidRDefault="00F930F6" w:rsidP="00EE6804"/>
        </w:tc>
      </w:tr>
      <w:tr w:rsidR="00F930F6" w14:paraId="15507C93" w14:textId="77777777" w:rsidTr="00EE6804">
        <w:trPr>
          <w:trHeight w:val="662"/>
        </w:trPr>
        <w:tc>
          <w:tcPr>
            <w:tcW w:w="1795" w:type="dxa"/>
            <w:shd w:val="clear" w:color="auto" w:fill="F2F2F2" w:themeFill="background1" w:themeFillShade="F2"/>
            <w:vAlign w:val="center"/>
          </w:tcPr>
          <w:p w14:paraId="32C993E5" w14:textId="77777777" w:rsidR="00F930F6" w:rsidRPr="00F930F6" w:rsidRDefault="00F930F6" w:rsidP="00EE6804">
            <w:pPr>
              <w:jc w:val="center"/>
              <w:rPr>
                <w:b/>
                <w:bCs/>
              </w:rPr>
            </w:pPr>
          </w:p>
        </w:tc>
        <w:tc>
          <w:tcPr>
            <w:tcW w:w="1795" w:type="dxa"/>
          </w:tcPr>
          <w:p w14:paraId="7A3B8E0E" w14:textId="77777777" w:rsidR="00F930F6" w:rsidRDefault="00F930F6" w:rsidP="00EE6804"/>
        </w:tc>
        <w:tc>
          <w:tcPr>
            <w:tcW w:w="1803" w:type="dxa"/>
          </w:tcPr>
          <w:p w14:paraId="59C5B56E" w14:textId="77777777" w:rsidR="00F930F6" w:rsidRDefault="00F930F6" w:rsidP="00EE6804"/>
        </w:tc>
        <w:tc>
          <w:tcPr>
            <w:tcW w:w="1795" w:type="dxa"/>
          </w:tcPr>
          <w:p w14:paraId="10CE3107" w14:textId="77777777" w:rsidR="00F930F6" w:rsidRDefault="00F930F6" w:rsidP="00EE6804"/>
        </w:tc>
        <w:tc>
          <w:tcPr>
            <w:tcW w:w="1795" w:type="dxa"/>
          </w:tcPr>
          <w:p w14:paraId="513B9AE1" w14:textId="77777777" w:rsidR="00F930F6" w:rsidRDefault="00F930F6" w:rsidP="00EE6804"/>
        </w:tc>
        <w:tc>
          <w:tcPr>
            <w:tcW w:w="1795" w:type="dxa"/>
          </w:tcPr>
          <w:p w14:paraId="76B1928F" w14:textId="77777777" w:rsidR="00F930F6" w:rsidRDefault="00F930F6" w:rsidP="00EE6804"/>
        </w:tc>
      </w:tr>
      <w:tr w:rsidR="00F930F6" w14:paraId="0DBAEC12" w14:textId="77777777" w:rsidTr="00EE6804">
        <w:trPr>
          <w:trHeight w:val="662"/>
        </w:trPr>
        <w:tc>
          <w:tcPr>
            <w:tcW w:w="1795" w:type="dxa"/>
            <w:shd w:val="clear" w:color="auto" w:fill="F2F2F2" w:themeFill="background1" w:themeFillShade="F2"/>
            <w:vAlign w:val="center"/>
          </w:tcPr>
          <w:p w14:paraId="4BC7DA36" w14:textId="77777777" w:rsidR="00F930F6" w:rsidRPr="00F930F6" w:rsidRDefault="00F930F6" w:rsidP="00EE6804">
            <w:pPr>
              <w:jc w:val="center"/>
              <w:rPr>
                <w:b/>
                <w:bCs/>
              </w:rPr>
            </w:pPr>
          </w:p>
        </w:tc>
        <w:tc>
          <w:tcPr>
            <w:tcW w:w="1795" w:type="dxa"/>
          </w:tcPr>
          <w:p w14:paraId="4D0B160B" w14:textId="77777777" w:rsidR="00F930F6" w:rsidRDefault="00F930F6" w:rsidP="00EE6804"/>
        </w:tc>
        <w:tc>
          <w:tcPr>
            <w:tcW w:w="1803" w:type="dxa"/>
          </w:tcPr>
          <w:p w14:paraId="3D598853" w14:textId="77777777" w:rsidR="00F930F6" w:rsidRDefault="00F930F6" w:rsidP="00EE6804"/>
        </w:tc>
        <w:tc>
          <w:tcPr>
            <w:tcW w:w="1795" w:type="dxa"/>
          </w:tcPr>
          <w:p w14:paraId="2ECFBA4F" w14:textId="77777777" w:rsidR="00F930F6" w:rsidRDefault="00F930F6" w:rsidP="00EE6804"/>
        </w:tc>
        <w:tc>
          <w:tcPr>
            <w:tcW w:w="1795" w:type="dxa"/>
          </w:tcPr>
          <w:p w14:paraId="722B4096" w14:textId="77777777" w:rsidR="00F930F6" w:rsidRDefault="00F930F6" w:rsidP="00EE6804"/>
        </w:tc>
        <w:tc>
          <w:tcPr>
            <w:tcW w:w="1795" w:type="dxa"/>
          </w:tcPr>
          <w:p w14:paraId="0059BD2C" w14:textId="77777777" w:rsidR="00F930F6" w:rsidRDefault="00F930F6" w:rsidP="00EE6804"/>
        </w:tc>
      </w:tr>
      <w:tr w:rsidR="00F930F6" w14:paraId="321BD0DA" w14:textId="77777777" w:rsidTr="00EE6804">
        <w:trPr>
          <w:trHeight w:val="662"/>
        </w:trPr>
        <w:tc>
          <w:tcPr>
            <w:tcW w:w="1795" w:type="dxa"/>
            <w:shd w:val="clear" w:color="auto" w:fill="F2F2F2" w:themeFill="background1" w:themeFillShade="F2"/>
            <w:vAlign w:val="center"/>
          </w:tcPr>
          <w:p w14:paraId="56FF3306" w14:textId="77777777" w:rsidR="00F930F6" w:rsidRPr="00F930F6" w:rsidRDefault="00F930F6" w:rsidP="00EE6804">
            <w:pPr>
              <w:jc w:val="center"/>
              <w:rPr>
                <w:b/>
                <w:bCs/>
              </w:rPr>
            </w:pPr>
          </w:p>
        </w:tc>
        <w:tc>
          <w:tcPr>
            <w:tcW w:w="1795" w:type="dxa"/>
          </w:tcPr>
          <w:p w14:paraId="17555623" w14:textId="77777777" w:rsidR="00F930F6" w:rsidRDefault="00F930F6" w:rsidP="00EE6804"/>
        </w:tc>
        <w:tc>
          <w:tcPr>
            <w:tcW w:w="1803" w:type="dxa"/>
          </w:tcPr>
          <w:p w14:paraId="3FD64A6A" w14:textId="77777777" w:rsidR="00F930F6" w:rsidRDefault="00F930F6" w:rsidP="00EE6804"/>
        </w:tc>
        <w:tc>
          <w:tcPr>
            <w:tcW w:w="1795" w:type="dxa"/>
          </w:tcPr>
          <w:p w14:paraId="1AF1AC36" w14:textId="77777777" w:rsidR="00F930F6" w:rsidRDefault="00F930F6" w:rsidP="00EE6804"/>
        </w:tc>
        <w:tc>
          <w:tcPr>
            <w:tcW w:w="1795" w:type="dxa"/>
          </w:tcPr>
          <w:p w14:paraId="44685614" w14:textId="77777777" w:rsidR="00F930F6" w:rsidRDefault="00F930F6" w:rsidP="00EE6804"/>
        </w:tc>
        <w:tc>
          <w:tcPr>
            <w:tcW w:w="1795" w:type="dxa"/>
          </w:tcPr>
          <w:p w14:paraId="71BB1B86" w14:textId="77777777" w:rsidR="00F930F6" w:rsidRDefault="00F930F6" w:rsidP="00EE6804"/>
        </w:tc>
      </w:tr>
      <w:tr w:rsidR="00F930F6" w14:paraId="3613CAA2" w14:textId="77777777" w:rsidTr="00EE6804">
        <w:trPr>
          <w:trHeight w:val="662"/>
        </w:trPr>
        <w:tc>
          <w:tcPr>
            <w:tcW w:w="1795" w:type="dxa"/>
            <w:shd w:val="clear" w:color="auto" w:fill="F2F2F2" w:themeFill="background1" w:themeFillShade="F2"/>
            <w:vAlign w:val="center"/>
          </w:tcPr>
          <w:p w14:paraId="702807B2" w14:textId="77777777" w:rsidR="00F930F6" w:rsidRPr="00F930F6" w:rsidRDefault="00F930F6" w:rsidP="00EE6804">
            <w:pPr>
              <w:jc w:val="center"/>
              <w:rPr>
                <w:b/>
                <w:bCs/>
              </w:rPr>
            </w:pPr>
          </w:p>
        </w:tc>
        <w:tc>
          <w:tcPr>
            <w:tcW w:w="1795" w:type="dxa"/>
          </w:tcPr>
          <w:p w14:paraId="4ABC22F6" w14:textId="77777777" w:rsidR="00F930F6" w:rsidRDefault="00F930F6" w:rsidP="00EE6804"/>
        </w:tc>
        <w:tc>
          <w:tcPr>
            <w:tcW w:w="1803" w:type="dxa"/>
          </w:tcPr>
          <w:p w14:paraId="2E961567" w14:textId="77777777" w:rsidR="00F930F6" w:rsidRDefault="00F930F6" w:rsidP="00EE6804"/>
        </w:tc>
        <w:tc>
          <w:tcPr>
            <w:tcW w:w="1795" w:type="dxa"/>
          </w:tcPr>
          <w:p w14:paraId="4EBFE8AF" w14:textId="77777777" w:rsidR="00F930F6" w:rsidRDefault="00F930F6" w:rsidP="00EE6804"/>
        </w:tc>
        <w:tc>
          <w:tcPr>
            <w:tcW w:w="1795" w:type="dxa"/>
          </w:tcPr>
          <w:p w14:paraId="334E5A5E" w14:textId="77777777" w:rsidR="00F930F6" w:rsidRDefault="00F930F6" w:rsidP="00EE6804"/>
        </w:tc>
        <w:tc>
          <w:tcPr>
            <w:tcW w:w="1795" w:type="dxa"/>
          </w:tcPr>
          <w:p w14:paraId="5FED84FD" w14:textId="77777777" w:rsidR="00F930F6" w:rsidRDefault="00F930F6" w:rsidP="00EE6804"/>
        </w:tc>
      </w:tr>
      <w:tr w:rsidR="00F930F6" w14:paraId="50F722AB" w14:textId="77777777" w:rsidTr="00EE6804">
        <w:trPr>
          <w:trHeight w:val="662"/>
        </w:trPr>
        <w:tc>
          <w:tcPr>
            <w:tcW w:w="1795" w:type="dxa"/>
            <w:shd w:val="clear" w:color="auto" w:fill="F2F2F2" w:themeFill="background1" w:themeFillShade="F2"/>
            <w:vAlign w:val="center"/>
          </w:tcPr>
          <w:p w14:paraId="305171D5" w14:textId="77777777" w:rsidR="00F930F6" w:rsidRPr="00F930F6" w:rsidRDefault="00F930F6" w:rsidP="00EE6804">
            <w:pPr>
              <w:jc w:val="center"/>
              <w:rPr>
                <w:b/>
                <w:bCs/>
              </w:rPr>
            </w:pPr>
          </w:p>
        </w:tc>
        <w:tc>
          <w:tcPr>
            <w:tcW w:w="1795" w:type="dxa"/>
          </w:tcPr>
          <w:p w14:paraId="3F88CF12" w14:textId="77777777" w:rsidR="00F930F6" w:rsidRDefault="00F930F6" w:rsidP="00EE6804"/>
        </w:tc>
        <w:tc>
          <w:tcPr>
            <w:tcW w:w="1803" w:type="dxa"/>
          </w:tcPr>
          <w:p w14:paraId="7E7CC572" w14:textId="77777777" w:rsidR="00F930F6" w:rsidRDefault="00F930F6" w:rsidP="00EE6804"/>
        </w:tc>
        <w:tc>
          <w:tcPr>
            <w:tcW w:w="1795" w:type="dxa"/>
          </w:tcPr>
          <w:p w14:paraId="13AF9370" w14:textId="77777777" w:rsidR="00F930F6" w:rsidRDefault="00F930F6" w:rsidP="00EE6804"/>
        </w:tc>
        <w:tc>
          <w:tcPr>
            <w:tcW w:w="1795" w:type="dxa"/>
          </w:tcPr>
          <w:p w14:paraId="51B7EE40" w14:textId="77777777" w:rsidR="00F930F6" w:rsidRDefault="00F930F6" w:rsidP="00EE6804"/>
        </w:tc>
        <w:tc>
          <w:tcPr>
            <w:tcW w:w="1795" w:type="dxa"/>
          </w:tcPr>
          <w:p w14:paraId="183C00CB" w14:textId="77777777" w:rsidR="00F930F6" w:rsidRDefault="00F930F6" w:rsidP="00EE6804"/>
        </w:tc>
      </w:tr>
      <w:tr w:rsidR="00F930F6" w14:paraId="696FD06F" w14:textId="77777777" w:rsidTr="00EE6804">
        <w:trPr>
          <w:trHeight w:val="662"/>
        </w:trPr>
        <w:tc>
          <w:tcPr>
            <w:tcW w:w="1795" w:type="dxa"/>
            <w:shd w:val="clear" w:color="auto" w:fill="F2F2F2" w:themeFill="background1" w:themeFillShade="F2"/>
            <w:vAlign w:val="center"/>
          </w:tcPr>
          <w:p w14:paraId="33F9D96E" w14:textId="77777777" w:rsidR="00F930F6" w:rsidRPr="00F930F6" w:rsidRDefault="00F930F6" w:rsidP="00EE6804">
            <w:pPr>
              <w:jc w:val="center"/>
              <w:rPr>
                <w:b/>
                <w:bCs/>
              </w:rPr>
            </w:pPr>
          </w:p>
        </w:tc>
        <w:tc>
          <w:tcPr>
            <w:tcW w:w="1795" w:type="dxa"/>
          </w:tcPr>
          <w:p w14:paraId="13172C9A" w14:textId="77777777" w:rsidR="00F930F6" w:rsidRDefault="00F930F6" w:rsidP="00EE6804"/>
        </w:tc>
        <w:tc>
          <w:tcPr>
            <w:tcW w:w="1803" w:type="dxa"/>
          </w:tcPr>
          <w:p w14:paraId="7B16C90A" w14:textId="77777777" w:rsidR="00F930F6" w:rsidRDefault="00F930F6" w:rsidP="00EE6804"/>
        </w:tc>
        <w:tc>
          <w:tcPr>
            <w:tcW w:w="1795" w:type="dxa"/>
          </w:tcPr>
          <w:p w14:paraId="342B6E35" w14:textId="77777777" w:rsidR="00F930F6" w:rsidRDefault="00F930F6" w:rsidP="00EE6804"/>
        </w:tc>
        <w:tc>
          <w:tcPr>
            <w:tcW w:w="1795" w:type="dxa"/>
          </w:tcPr>
          <w:p w14:paraId="012FBE8D" w14:textId="77777777" w:rsidR="00F930F6" w:rsidRDefault="00F930F6" w:rsidP="00EE6804"/>
        </w:tc>
        <w:tc>
          <w:tcPr>
            <w:tcW w:w="1795" w:type="dxa"/>
          </w:tcPr>
          <w:p w14:paraId="1FADCBCA" w14:textId="77777777" w:rsidR="00F930F6" w:rsidRDefault="00F930F6" w:rsidP="00EE6804"/>
        </w:tc>
      </w:tr>
      <w:tr w:rsidR="00F930F6" w14:paraId="39ACFD6B" w14:textId="77777777" w:rsidTr="00EE6804">
        <w:trPr>
          <w:trHeight w:val="662"/>
        </w:trPr>
        <w:tc>
          <w:tcPr>
            <w:tcW w:w="1795" w:type="dxa"/>
            <w:shd w:val="clear" w:color="auto" w:fill="F2F2F2" w:themeFill="background1" w:themeFillShade="F2"/>
            <w:vAlign w:val="center"/>
          </w:tcPr>
          <w:p w14:paraId="019C25AE" w14:textId="77777777" w:rsidR="00F930F6" w:rsidRPr="00F930F6" w:rsidRDefault="00F930F6" w:rsidP="00EE6804">
            <w:pPr>
              <w:jc w:val="center"/>
              <w:rPr>
                <w:b/>
                <w:bCs/>
              </w:rPr>
            </w:pPr>
          </w:p>
        </w:tc>
        <w:tc>
          <w:tcPr>
            <w:tcW w:w="1795" w:type="dxa"/>
          </w:tcPr>
          <w:p w14:paraId="5E5E3CEE" w14:textId="77777777" w:rsidR="00F930F6" w:rsidRDefault="00F930F6" w:rsidP="00EE6804"/>
        </w:tc>
        <w:tc>
          <w:tcPr>
            <w:tcW w:w="1803" w:type="dxa"/>
          </w:tcPr>
          <w:p w14:paraId="6054638E" w14:textId="77777777" w:rsidR="00F930F6" w:rsidRDefault="00F930F6" w:rsidP="00EE6804"/>
        </w:tc>
        <w:tc>
          <w:tcPr>
            <w:tcW w:w="1795" w:type="dxa"/>
          </w:tcPr>
          <w:p w14:paraId="207C35E0" w14:textId="77777777" w:rsidR="00F930F6" w:rsidRDefault="00F930F6" w:rsidP="00EE6804"/>
        </w:tc>
        <w:tc>
          <w:tcPr>
            <w:tcW w:w="1795" w:type="dxa"/>
          </w:tcPr>
          <w:p w14:paraId="582B8C71" w14:textId="77777777" w:rsidR="00F930F6" w:rsidRDefault="00F930F6" w:rsidP="00EE6804"/>
        </w:tc>
        <w:tc>
          <w:tcPr>
            <w:tcW w:w="1795" w:type="dxa"/>
          </w:tcPr>
          <w:p w14:paraId="19B7C27D" w14:textId="77777777" w:rsidR="00F930F6" w:rsidRDefault="00F930F6" w:rsidP="00EE6804"/>
        </w:tc>
      </w:tr>
      <w:tr w:rsidR="00F930F6" w14:paraId="144469F6" w14:textId="77777777" w:rsidTr="00EE6804">
        <w:trPr>
          <w:trHeight w:val="662"/>
        </w:trPr>
        <w:tc>
          <w:tcPr>
            <w:tcW w:w="1795" w:type="dxa"/>
            <w:shd w:val="clear" w:color="auto" w:fill="F2F2F2" w:themeFill="background1" w:themeFillShade="F2"/>
            <w:vAlign w:val="center"/>
          </w:tcPr>
          <w:p w14:paraId="3C82BAB4" w14:textId="77777777" w:rsidR="00F930F6" w:rsidRPr="00F930F6" w:rsidRDefault="00F930F6" w:rsidP="00EE6804">
            <w:pPr>
              <w:jc w:val="center"/>
              <w:rPr>
                <w:b/>
                <w:bCs/>
              </w:rPr>
            </w:pPr>
          </w:p>
        </w:tc>
        <w:tc>
          <w:tcPr>
            <w:tcW w:w="1795" w:type="dxa"/>
          </w:tcPr>
          <w:p w14:paraId="7E415424" w14:textId="77777777" w:rsidR="00F930F6" w:rsidRDefault="00F930F6" w:rsidP="00EE6804"/>
        </w:tc>
        <w:tc>
          <w:tcPr>
            <w:tcW w:w="1803" w:type="dxa"/>
          </w:tcPr>
          <w:p w14:paraId="2B45F798" w14:textId="77777777" w:rsidR="00F930F6" w:rsidRDefault="00F930F6" w:rsidP="00EE6804"/>
        </w:tc>
        <w:tc>
          <w:tcPr>
            <w:tcW w:w="1795" w:type="dxa"/>
          </w:tcPr>
          <w:p w14:paraId="36384821" w14:textId="77777777" w:rsidR="00F930F6" w:rsidRDefault="00F930F6" w:rsidP="00EE6804"/>
        </w:tc>
        <w:tc>
          <w:tcPr>
            <w:tcW w:w="1795" w:type="dxa"/>
          </w:tcPr>
          <w:p w14:paraId="2833DF86" w14:textId="77777777" w:rsidR="00F930F6" w:rsidRDefault="00F930F6" w:rsidP="00EE6804"/>
        </w:tc>
        <w:tc>
          <w:tcPr>
            <w:tcW w:w="1795" w:type="dxa"/>
          </w:tcPr>
          <w:p w14:paraId="6912E0BC" w14:textId="77777777" w:rsidR="00F930F6" w:rsidRDefault="00F930F6" w:rsidP="00EE6804"/>
        </w:tc>
      </w:tr>
      <w:tr w:rsidR="00F930F6" w14:paraId="3FB0CE5B" w14:textId="77777777" w:rsidTr="00EE6804">
        <w:trPr>
          <w:trHeight w:val="662"/>
        </w:trPr>
        <w:tc>
          <w:tcPr>
            <w:tcW w:w="1795" w:type="dxa"/>
            <w:shd w:val="clear" w:color="auto" w:fill="F2F2F2" w:themeFill="background1" w:themeFillShade="F2"/>
            <w:vAlign w:val="center"/>
          </w:tcPr>
          <w:p w14:paraId="1FA1B7CB" w14:textId="77777777" w:rsidR="00F930F6" w:rsidRPr="00F930F6" w:rsidRDefault="00F930F6" w:rsidP="00EE6804">
            <w:pPr>
              <w:jc w:val="center"/>
              <w:rPr>
                <w:b/>
                <w:bCs/>
              </w:rPr>
            </w:pPr>
          </w:p>
        </w:tc>
        <w:tc>
          <w:tcPr>
            <w:tcW w:w="1795" w:type="dxa"/>
          </w:tcPr>
          <w:p w14:paraId="1A14ADC8" w14:textId="77777777" w:rsidR="00F930F6" w:rsidRDefault="00F930F6" w:rsidP="00EE6804"/>
        </w:tc>
        <w:tc>
          <w:tcPr>
            <w:tcW w:w="1803" w:type="dxa"/>
          </w:tcPr>
          <w:p w14:paraId="265B8CA0" w14:textId="77777777" w:rsidR="00F930F6" w:rsidRDefault="00F930F6" w:rsidP="00EE6804"/>
        </w:tc>
        <w:tc>
          <w:tcPr>
            <w:tcW w:w="1795" w:type="dxa"/>
          </w:tcPr>
          <w:p w14:paraId="212EAE18" w14:textId="77777777" w:rsidR="00F930F6" w:rsidRDefault="00F930F6" w:rsidP="00EE6804"/>
        </w:tc>
        <w:tc>
          <w:tcPr>
            <w:tcW w:w="1795" w:type="dxa"/>
          </w:tcPr>
          <w:p w14:paraId="16D98BA3" w14:textId="77777777" w:rsidR="00F930F6" w:rsidRDefault="00F930F6" w:rsidP="00EE6804"/>
        </w:tc>
        <w:tc>
          <w:tcPr>
            <w:tcW w:w="1795" w:type="dxa"/>
          </w:tcPr>
          <w:p w14:paraId="32CEB98B" w14:textId="77777777" w:rsidR="00F930F6" w:rsidRDefault="00F930F6" w:rsidP="00EE6804"/>
        </w:tc>
      </w:tr>
      <w:tr w:rsidR="00F930F6" w14:paraId="0816125D" w14:textId="77777777" w:rsidTr="00EE6804">
        <w:trPr>
          <w:trHeight w:val="662"/>
        </w:trPr>
        <w:tc>
          <w:tcPr>
            <w:tcW w:w="1795" w:type="dxa"/>
            <w:shd w:val="clear" w:color="auto" w:fill="F2F2F2" w:themeFill="background1" w:themeFillShade="F2"/>
            <w:vAlign w:val="center"/>
          </w:tcPr>
          <w:p w14:paraId="7CE9501F" w14:textId="77777777" w:rsidR="00F930F6" w:rsidRPr="00F930F6" w:rsidRDefault="00F930F6" w:rsidP="00EE6804">
            <w:pPr>
              <w:jc w:val="center"/>
              <w:rPr>
                <w:b/>
                <w:bCs/>
              </w:rPr>
            </w:pPr>
          </w:p>
        </w:tc>
        <w:tc>
          <w:tcPr>
            <w:tcW w:w="1795" w:type="dxa"/>
          </w:tcPr>
          <w:p w14:paraId="1DB3B804" w14:textId="77777777" w:rsidR="00F930F6" w:rsidRDefault="00F930F6" w:rsidP="00EE6804"/>
        </w:tc>
        <w:tc>
          <w:tcPr>
            <w:tcW w:w="1803" w:type="dxa"/>
          </w:tcPr>
          <w:p w14:paraId="12A72395" w14:textId="77777777" w:rsidR="00F930F6" w:rsidRDefault="00F930F6" w:rsidP="00EE6804"/>
        </w:tc>
        <w:tc>
          <w:tcPr>
            <w:tcW w:w="1795" w:type="dxa"/>
          </w:tcPr>
          <w:p w14:paraId="310CD276" w14:textId="77777777" w:rsidR="00F930F6" w:rsidRDefault="00F930F6" w:rsidP="00EE6804"/>
        </w:tc>
        <w:tc>
          <w:tcPr>
            <w:tcW w:w="1795" w:type="dxa"/>
          </w:tcPr>
          <w:p w14:paraId="53F2CFB5" w14:textId="77777777" w:rsidR="00F930F6" w:rsidRDefault="00F930F6" w:rsidP="00EE6804"/>
        </w:tc>
        <w:tc>
          <w:tcPr>
            <w:tcW w:w="1795" w:type="dxa"/>
          </w:tcPr>
          <w:p w14:paraId="2517409A" w14:textId="77777777" w:rsidR="00F930F6" w:rsidRDefault="00F930F6" w:rsidP="00EE6804"/>
        </w:tc>
      </w:tr>
      <w:tr w:rsidR="00F930F6" w14:paraId="20F9BC0A" w14:textId="77777777" w:rsidTr="00EE6804">
        <w:trPr>
          <w:trHeight w:val="662"/>
        </w:trPr>
        <w:tc>
          <w:tcPr>
            <w:tcW w:w="1795" w:type="dxa"/>
            <w:shd w:val="clear" w:color="auto" w:fill="F2F2F2" w:themeFill="background1" w:themeFillShade="F2"/>
            <w:vAlign w:val="center"/>
          </w:tcPr>
          <w:p w14:paraId="51CB3906" w14:textId="77777777" w:rsidR="00F930F6" w:rsidRPr="00F930F6" w:rsidRDefault="00F930F6" w:rsidP="00EE6804">
            <w:pPr>
              <w:jc w:val="center"/>
              <w:rPr>
                <w:b/>
                <w:bCs/>
              </w:rPr>
            </w:pPr>
          </w:p>
        </w:tc>
        <w:tc>
          <w:tcPr>
            <w:tcW w:w="1795" w:type="dxa"/>
          </w:tcPr>
          <w:p w14:paraId="7C5780B4" w14:textId="77777777" w:rsidR="00F930F6" w:rsidRDefault="00F930F6" w:rsidP="00EE6804"/>
        </w:tc>
        <w:tc>
          <w:tcPr>
            <w:tcW w:w="1803" w:type="dxa"/>
          </w:tcPr>
          <w:p w14:paraId="43F17E50" w14:textId="77777777" w:rsidR="00F930F6" w:rsidRDefault="00F930F6" w:rsidP="00EE6804"/>
        </w:tc>
        <w:tc>
          <w:tcPr>
            <w:tcW w:w="1795" w:type="dxa"/>
          </w:tcPr>
          <w:p w14:paraId="2287A5BF" w14:textId="77777777" w:rsidR="00F930F6" w:rsidRDefault="00F930F6" w:rsidP="00EE6804"/>
        </w:tc>
        <w:tc>
          <w:tcPr>
            <w:tcW w:w="1795" w:type="dxa"/>
          </w:tcPr>
          <w:p w14:paraId="48EE4C54" w14:textId="77777777" w:rsidR="00F930F6" w:rsidRDefault="00F930F6" w:rsidP="00EE6804"/>
        </w:tc>
        <w:tc>
          <w:tcPr>
            <w:tcW w:w="1795" w:type="dxa"/>
          </w:tcPr>
          <w:p w14:paraId="78F31857" w14:textId="77777777" w:rsidR="00F930F6" w:rsidRDefault="00F930F6" w:rsidP="00EE6804"/>
        </w:tc>
      </w:tr>
      <w:tr w:rsidR="00F930F6" w14:paraId="1C04F14F" w14:textId="77777777" w:rsidTr="00EE6804">
        <w:trPr>
          <w:trHeight w:val="662"/>
        </w:trPr>
        <w:tc>
          <w:tcPr>
            <w:tcW w:w="1795" w:type="dxa"/>
            <w:shd w:val="clear" w:color="auto" w:fill="F2F2F2" w:themeFill="background1" w:themeFillShade="F2"/>
            <w:vAlign w:val="center"/>
          </w:tcPr>
          <w:p w14:paraId="27AF9DD5" w14:textId="77777777" w:rsidR="00F930F6" w:rsidRPr="00F930F6" w:rsidRDefault="00F930F6" w:rsidP="00EE6804">
            <w:pPr>
              <w:jc w:val="center"/>
              <w:rPr>
                <w:b/>
                <w:bCs/>
              </w:rPr>
            </w:pPr>
          </w:p>
        </w:tc>
        <w:tc>
          <w:tcPr>
            <w:tcW w:w="1795" w:type="dxa"/>
          </w:tcPr>
          <w:p w14:paraId="1746B1D3" w14:textId="77777777" w:rsidR="00F930F6" w:rsidRDefault="00F930F6" w:rsidP="00EE6804"/>
        </w:tc>
        <w:tc>
          <w:tcPr>
            <w:tcW w:w="1803" w:type="dxa"/>
          </w:tcPr>
          <w:p w14:paraId="0E209D09" w14:textId="77777777" w:rsidR="00F930F6" w:rsidRDefault="00F930F6" w:rsidP="00EE6804"/>
        </w:tc>
        <w:tc>
          <w:tcPr>
            <w:tcW w:w="1795" w:type="dxa"/>
          </w:tcPr>
          <w:p w14:paraId="14350A49" w14:textId="77777777" w:rsidR="00F930F6" w:rsidRDefault="00F930F6" w:rsidP="00EE6804"/>
        </w:tc>
        <w:tc>
          <w:tcPr>
            <w:tcW w:w="1795" w:type="dxa"/>
          </w:tcPr>
          <w:p w14:paraId="51D845D8" w14:textId="77777777" w:rsidR="00F930F6" w:rsidRDefault="00F930F6" w:rsidP="00EE6804"/>
        </w:tc>
        <w:tc>
          <w:tcPr>
            <w:tcW w:w="1795" w:type="dxa"/>
          </w:tcPr>
          <w:p w14:paraId="70FC5991" w14:textId="77777777" w:rsidR="00F930F6" w:rsidRDefault="00F930F6" w:rsidP="00EE6804"/>
        </w:tc>
      </w:tr>
      <w:tr w:rsidR="00F930F6" w14:paraId="09DA1CE5" w14:textId="77777777" w:rsidTr="00EE6804">
        <w:trPr>
          <w:trHeight w:val="662"/>
        </w:trPr>
        <w:tc>
          <w:tcPr>
            <w:tcW w:w="1795" w:type="dxa"/>
            <w:shd w:val="clear" w:color="auto" w:fill="F2F2F2" w:themeFill="background1" w:themeFillShade="F2"/>
            <w:vAlign w:val="center"/>
          </w:tcPr>
          <w:p w14:paraId="04AA3141" w14:textId="77777777" w:rsidR="00F930F6" w:rsidRPr="00F930F6" w:rsidRDefault="00F930F6" w:rsidP="00EE6804">
            <w:pPr>
              <w:jc w:val="center"/>
              <w:rPr>
                <w:b/>
                <w:bCs/>
              </w:rPr>
            </w:pPr>
          </w:p>
        </w:tc>
        <w:tc>
          <w:tcPr>
            <w:tcW w:w="1795" w:type="dxa"/>
          </w:tcPr>
          <w:p w14:paraId="10303E04" w14:textId="77777777" w:rsidR="00F930F6" w:rsidRDefault="00F930F6" w:rsidP="00EE6804"/>
        </w:tc>
        <w:tc>
          <w:tcPr>
            <w:tcW w:w="1803" w:type="dxa"/>
          </w:tcPr>
          <w:p w14:paraId="25C7EA29" w14:textId="77777777" w:rsidR="00F930F6" w:rsidRDefault="00F930F6" w:rsidP="00EE6804"/>
        </w:tc>
        <w:tc>
          <w:tcPr>
            <w:tcW w:w="1795" w:type="dxa"/>
          </w:tcPr>
          <w:p w14:paraId="016EDE0C" w14:textId="77777777" w:rsidR="00F930F6" w:rsidRDefault="00F930F6" w:rsidP="00EE6804"/>
        </w:tc>
        <w:tc>
          <w:tcPr>
            <w:tcW w:w="1795" w:type="dxa"/>
          </w:tcPr>
          <w:p w14:paraId="154919D9" w14:textId="77777777" w:rsidR="00F930F6" w:rsidRDefault="00F930F6" w:rsidP="00EE6804"/>
        </w:tc>
        <w:tc>
          <w:tcPr>
            <w:tcW w:w="1795" w:type="dxa"/>
          </w:tcPr>
          <w:p w14:paraId="3071691C" w14:textId="77777777" w:rsidR="00F930F6" w:rsidRDefault="00F930F6" w:rsidP="00EE6804"/>
        </w:tc>
      </w:tr>
    </w:tbl>
    <w:p w14:paraId="2669B4C7" w14:textId="6E4B69E3" w:rsidR="002F6B97" w:rsidRPr="006F6273" w:rsidRDefault="002F6B97">
      <w:pPr>
        <w:rPr>
          <w:color w:val="000000" w:themeColor="text1"/>
        </w:rPr>
      </w:pPr>
      <w:r w:rsidRPr="006F6273">
        <w:rPr>
          <w:color w:val="000000" w:themeColor="text1"/>
        </w:rPr>
        <w:lastRenderedPageBreak/>
        <w:t>Continuation sheet if needed…</w:t>
      </w:r>
    </w:p>
    <w:p w14:paraId="1E785781" w14:textId="77777777" w:rsidR="006F6273" w:rsidRPr="006F6273" w:rsidRDefault="006F6273" w:rsidP="006F6273">
      <w:pPr>
        <w:jc w:val="right"/>
      </w:pPr>
      <w:r>
        <w:rPr>
          <w:b/>
        </w:rPr>
        <w:t xml:space="preserve">Participant ID: </w:t>
      </w:r>
      <w:r>
        <w:t>____________________________________</w:t>
      </w:r>
    </w:p>
    <w:p w14:paraId="0FA1F87F" w14:textId="09C1C3F0" w:rsidR="002F6B97" w:rsidRDefault="006F6273" w:rsidP="006F6273">
      <w:pPr>
        <w:jc w:val="right"/>
      </w:pPr>
      <w:r>
        <w:rPr>
          <w:b/>
        </w:rPr>
        <w:t xml:space="preserve">Date: </w:t>
      </w:r>
      <w:r>
        <w:t>____________________________________</w:t>
      </w:r>
    </w:p>
    <w:tbl>
      <w:tblPr>
        <w:tblStyle w:val="TableGrid"/>
        <w:tblW w:w="0" w:type="auto"/>
        <w:tblLook w:val="04A0" w:firstRow="1" w:lastRow="0" w:firstColumn="1" w:lastColumn="0" w:noHBand="0" w:noVBand="1"/>
      </w:tblPr>
      <w:tblGrid>
        <w:gridCol w:w="1795"/>
        <w:gridCol w:w="1795"/>
        <w:gridCol w:w="1803"/>
        <w:gridCol w:w="1795"/>
        <w:gridCol w:w="1795"/>
        <w:gridCol w:w="1795"/>
      </w:tblGrid>
      <w:tr w:rsidR="002F6B97" w14:paraId="4390C49F" w14:textId="77777777" w:rsidTr="00EE6804">
        <w:trPr>
          <w:trHeight w:val="779"/>
        </w:trPr>
        <w:tc>
          <w:tcPr>
            <w:tcW w:w="1795" w:type="dxa"/>
            <w:shd w:val="clear" w:color="auto" w:fill="F2F2F2" w:themeFill="background1" w:themeFillShade="F2"/>
            <w:vAlign w:val="center"/>
          </w:tcPr>
          <w:p w14:paraId="5E111070" w14:textId="77777777" w:rsidR="002F6B97" w:rsidRPr="00F930F6" w:rsidRDefault="002F6B97" w:rsidP="00EE6804">
            <w:pPr>
              <w:jc w:val="center"/>
              <w:rPr>
                <w:b/>
                <w:bCs/>
              </w:rPr>
            </w:pPr>
            <w:r w:rsidRPr="00F930F6">
              <w:rPr>
                <w:b/>
                <w:bCs/>
              </w:rPr>
              <w:t>Time</w:t>
            </w:r>
          </w:p>
        </w:tc>
        <w:tc>
          <w:tcPr>
            <w:tcW w:w="1795" w:type="dxa"/>
            <w:shd w:val="clear" w:color="auto" w:fill="F2F2F2" w:themeFill="background1" w:themeFillShade="F2"/>
            <w:vAlign w:val="center"/>
          </w:tcPr>
          <w:p w14:paraId="4FB080B0" w14:textId="77777777" w:rsidR="002F6B97" w:rsidRPr="00F930F6" w:rsidRDefault="002F6B97" w:rsidP="00EE6804">
            <w:pPr>
              <w:jc w:val="center"/>
              <w:rPr>
                <w:b/>
                <w:bCs/>
              </w:rPr>
            </w:pPr>
            <w:r w:rsidRPr="00F930F6">
              <w:rPr>
                <w:b/>
                <w:bCs/>
              </w:rPr>
              <w:t>Food / Drink Consumed</w:t>
            </w:r>
          </w:p>
        </w:tc>
        <w:tc>
          <w:tcPr>
            <w:tcW w:w="1803" w:type="dxa"/>
            <w:shd w:val="clear" w:color="auto" w:fill="F2F2F2" w:themeFill="background1" w:themeFillShade="F2"/>
            <w:vAlign w:val="center"/>
          </w:tcPr>
          <w:p w14:paraId="4145BE46" w14:textId="77777777" w:rsidR="002F6B97" w:rsidRPr="00F930F6" w:rsidRDefault="002F6B97" w:rsidP="00EE6804">
            <w:pPr>
              <w:jc w:val="center"/>
              <w:rPr>
                <w:b/>
                <w:bCs/>
              </w:rPr>
            </w:pPr>
            <w:r w:rsidRPr="00F930F6">
              <w:rPr>
                <w:b/>
                <w:bCs/>
              </w:rPr>
              <w:t>Approximate Portion Size</w:t>
            </w:r>
          </w:p>
        </w:tc>
        <w:tc>
          <w:tcPr>
            <w:tcW w:w="1795" w:type="dxa"/>
            <w:shd w:val="clear" w:color="auto" w:fill="F2F2F2" w:themeFill="background1" w:themeFillShade="F2"/>
            <w:vAlign w:val="center"/>
          </w:tcPr>
          <w:p w14:paraId="2BA15135" w14:textId="77777777" w:rsidR="002F6B97" w:rsidRPr="00F930F6" w:rsidRDefault="002F6B97" w:rsidP="00EE6804">
            <w:pPr>
              <w:jc w:val="center"/>
              <w:rPr>
                <w:b/>
                <w:bCs/>
              </w:rPr>
            </w:pPr>
            <w:r w:rsidRPr="00F930F6">
              <w:rPr>
                <w:b/>
                <w:bCs/>
              </w:rPr>
              <w:t>Location / Meal Type</w:t>
            </w:r>
          </w:p>
        </w:tc>
        <w:tc>
          <w:tcPr>
            <w:tcW w:w="1795" w:type="dxa"/>
            <w:shd w:val="clear" w:color="auto" w:fill="F2F2F2" w:themeFill="background1" w:themeFillShade="F2"/>
            <w:vAlign w:val="center"/>
          </w:tcPr>
          <w:p w14:paraId="28C500CD" w14:textId="77777777" w:rsidR="002564E9" w:rsidRDefault="002564E9" w:rsidP="002564E9">
            <w:pPr>
              <w:jc w:val="center"/>
              <w:rPr>
                <w:b/>
                <w:bCs/>
              </w:rPr>
            </w:pPr>
            <w:r w:rsidRPr="00F930F6">
              <w:rPr>
                <w:b/>
                <w:bCs/>
              </w:rPr>
              <w:t xml:space="preserve">Calories </w:t>
            </w:r>
          </w:p>
          <w:p w14:paraId="4E9520A7" w14:textId="28BC7C5C" w:rsidR="002F6B97" w:rsidRPr="00F930F6" w:rsidRDefault="002564E9" w:rsidP="002564E9">
            <w:pPr>
              <w:jc w:val="center"/>
              <w:rPr>
                <w:b/>
                <w:bCs/>
              </w:rPr>
            </w:pPr>
            <w:r w:rsidRPr="00F930F6">
              <w:rPr>
                <w:b/>
                <w:bCs/>
              </w:rPr>
              <w:t>(</w:t>
            </w:r>
            <w:r>
              <w:rPr>
                <w:b/>
                <w:bCs/>
              </w:rPr>
              <w:t>optional</w:t>
            </w:r>
            <w:r w:rsidRPr="00F930F6">
              <w:rPr>
                <w:b/>
                <w:bCs/>
              </w:rPr>
              <w:t>)</w:t>
            </w:r>
          </w:p>
        </w:tc>
        <w:tc>
          <w:tcPr>
            <w:tcW w:w="1795" w:type="dxa"/>
            <w:shd w:val="clear" w:color="auto" w:fill="F2F2F2" w:themeFill="background1" w:themeFillShade="F2"/>
            <w:vAlign w:val="center"/>
          </w:tcPr>
          <w:p w14:paraId="4A12854D" w14:textId="77777777" w:rsidR="002F6B97" w:rsidRPr="00F930F6" w:rsidRDefault="002F6B97" w:rsidP="00EE6804">
            <w:pPr>
              <w:jc w:val="center"/>
              <w:rPr>
                <w:b/>
                <w:bCs/>
              </w:rPr>
            </w:pPr>
            <w:r w:rsidRPr="00F930F6">
              <w:rPr>
                <w:b/>
                <w:bCs/>
              </w:rPr>
              <w:t>Additional Notes</w:t>
            </w:r>
          </w:p>
        </w:tc>
      </w:tr>
      <w:tr w:rsidR="002F6B97" w14:paraId="2289991E" w14:textId="77777777" w:rsidTr="00EE6804">
        <w:trPr>
          <w:trHeight w:val="662"/>
        </w:trPr>
        <w:tc>
          <w:tcPr>
            <w:tcW w:w="1795" w:type="dxa"/>
            <w:shd w:val="clear" w:color="auto" w:fill="F2F2F2" w:themeFill="background1" w:themeFillShade="F2"/>
            <w:vAlign w:val="center"/>
          </w:tcPr>
          <w:p w14:paraId="23D3E5F3" w14:textId="77777777" w:rsidR="002F6B97" w:rsidRPr="00F930F6" w:rsidRDefault="002F6B97" w:rsidP="00EE6804">
            <w:pPr>
              <w:jc w:val="center"/>
              <w:rPr>
                <w:b/>
                <w:bCs/>
              </w:rPr>
            </w:pPr>
          </w:p>
        </w:tc>
        <w:tc>
          <w:tcPr>
            <w:tcW w:w="1795" w:type="dxa"/>
          </w:tcPr>
          <w:p w14:paraId="13295B1F" w14:textId="77777777" w:rsidR="002F6B97" w:rsidRDefault="002F6B97" w:rsidP="00EE6804"/>
        </w:tc>
        <w:tc>
          <w:tcPr>
            <w:tcW w:w="1803" w:type="dxa"/>
          </w:tcPr>
          <w:p w14:paraId="34995E73" w14:textId="77777777" w:rsidR="002F6B97" w:rsidRDefault="002F6B97" w:rsidP="00EE6804"/>
        </w:tc>
        <w:tc>
          <w:tcPr>
            <w:tcW w:w="1795" w:type="dxa"/>
          </w:tcPr>
          <w:p w14:paraId="7AC91F5D" w14:textId="77777777" w:rsidR="002F6B97" w:rsidRDefault="002F6B97" w:rsidP="00EE6804"/>
        </w:tc>
        <w:tc>
          <w:tcPr>
            <w:tcW w:w="1795" w:type="dxa"/>
          </w:tcPr>
          <w:p w14:paraId="10C53ED4" w14:textId="77777777" w:rsidR="002F6B97" w:rsidRDefault="002F6B97" w:rsidP="00EE6804"/>
        </w:tc>
        <w:tc>
          <w:tcPr>
            <w:tcW w:w="1795" w:type="dxa"/>
          </w:tcPr>
          <w:p w14:paraId="7A081138" w14:textId="77777777" w:rsidR="002F6B97" w:rsidRDefault="002F6B97" w:rsidP="00EE6804"/>
        </w:tc>
      </w:tr>
      <w:tr w:rsidR="002F6B97" w14:paraId="72528B1F" w14:textId="77777777" w:rsidTr="00EE6804">
        <w:trPr>
          <w:trHeight w:val="662"/>
        </w:trPr>
        <w:tc>
          <w:tcPr>
            <w:tcW w:w="1795" w:type="dxa"/>
            <w:shd w:val="clear" w:color="auto" w:fill="F2F2F2" w:themeFill="background1" w:themeFillShade="F2"/>
            <w:vAlign w:val="center"/>
          </w:tcPr>
          <w:p w14:paraId="13C3CC79" w14:textId="77777777" w:rsidR="002F6B97" w:rsidRPr="00F930F6" w:rsidRDefault="002F6B97" w:rsidP="00EE6804">
            <w:pPr>
              <w:jc w:val="center"/>
              <w:rPr>
                <w:b/>
                <w:bCs/>
              </w:rPr>
            </w:pPr>
          </w:p>
        </w:tc>
        <w:tc>
          <w:tcPr>
            <w:tcW w:w="1795" w:type="dxa"/>
          </w:tcPr>
          <w:p w14:paraId="5987F6C0" w14:textId="77777777" w:rsidR="002F6B97" w:rsidRDefault="002F6B97" w:rsidP="00EE6804"/>
        </w:tc>
        <w:tc>
          <w:tcPr>
            <w:tcW w:w="1803" w:type="dxa"/>
          </w:tcPr>
          <w:p w14:paraId="501217D0" w14:textId="77777777" w:rsidR="002F6B97" w:rsidRDefault="002F6B97" w:rsidP="00EE6804"/>
        </w:tc>
        <w:tc>
          <w:tcPr>
            <w:tcW w:w="1795" w:type="dxa"/>
          </w:tcPr>
          <w:p w14:paraId="61286E43" w14:textId="77777777" w:rsidR="002F6B97" w:rsidRDefault="002F6B97" w:rsidP="00EE6804"/>
        </w:tc>
        <w:tc>
          <w:tcPr>
            <w:tcW w:w="1795" w:type="dxa"/>
          </w:tcPr>
          <w:p w14:paraId="671AE92A" w14:textId="77777777" w:rsidR="002F6B97" w:rsidRDefault="002F6B97" w:rsidP="00EE6804"/>
        </w:tc>
        <w:tc>
          <w:tcPr>
            <w:tcW w:w="1795" w:type="dxa"/>
          </w:tcPr>
          <w:p w14:paraId="0E6FCE85" w14:textId="77777777" w:rsidR="002F6B97" w:rsidRDefault="002F6B97" w:rsidP="00EE6804"/>
        </w:tc>
      </w:tr>
      <w:tr w:rsidR="002F6B97" w14:paraId="3BF7EC38" w14:textId="77777777" w:rsidTr="00EE6804">
        <w:trPr>
          <w:trHeight w:val="662"/>
        </w:trPr>
        <w:tc>
          <w:tcPr>
            <w:tcW w:w="1795" w:type="dxa"/>
            <w:shd w:val="clear" w:color="auto" w:fill="F2F2F2" w:themeFill="background1" w:themeFillShade="F2"/>
            <w:vAlign w:val="center"/>
          </w:tcPr>
          <w:p w14:paraId="63B0170D" w14:textId="77777777" w:rsidR="002F6B97" w:rsidRPr="00F930F6" w:rsidRDefault="002F6B97" w:rsidP="00EE6804">
            <w:pPr>
              <w:jc w:val="center"/>
              <w:rPr>
                <w:b/>
                <w:bCs/>
              </w:rPr>
            </w:pPr>
          </w:p>
        </w:tc>
        <w:tc>
          <w:tcPr>
            <w:tcW w:w="1795" w:type="dxa"/>
          </w:tcPr>
          <w:p w14:paraId="7571320C" w14:textId="77777777" w:rsidR="002F6B97" w:rsidRDefault="002F6B97" w:rsidP="00EE6804"/>
        </w:tc>
        <w:tc>
          <w:tcPr>
            <w:tcW w:w="1803" w:type="dxa"/>
          </w:tcPr>
          <w:p w14:paraId="1299FEE2" w14:textId="77777777" w:rsidR="002F6B97" w:rsidRDefault="002F6B97" w:rsidP="00EE6804"/>
        </w:tc>
        <w:tc>
          <w:tcPr>
            <w:tcW w:w="1795" w:type="dxa"/>
          </w:tcPr>
          <w:p w14:paraId="38D3D5A1" w14:textId="77777777" w:rsidR="002F6B97" w:rsidRDefault="002F6B97" w:rsidP="00EE6804"/>
        </w:tc>
        <w:tc>
          <w:tcPr>
            <w:tcW w:w="1795" w:type="dxa"/>
          </w:tcPr>
          <w:p w14:paraId="31B75DCD" w14:textId="77777777" w:rsidR="002F6B97" w:rsidRDefault="002F6B97" w:rsidP="00EE6804"/>
        </w:tc>
        <w:tc>
          <w:tcPr>
            <w:tcW w:w="1795" w:type="dxa"/>
          </w:tcPr>
          <w:p w14:paraId="629652EB" w14:textId="77777777" w:rsidR="002F6B97" w:rsidRDefault="002F6B97" w:rsidP="00EE6804"/>
        </w:tc>
      </w:tr>
      <w:tr w:rsidR="002F6B97" w14:paraId="11D12862" w14:textId="77777777" w:rsidTr="00EE6804">
        <w:trPr>
          <w:trHeight w:val="662"/>
        </w:trPr>
        <w:tc>
          <w:tcPr>
            <w:tcW w:w="1795" w:type="dxa"/>
            <w:shd w:val="clear" w:color="auto" w:fill="F2F2F2" w:themeFill="background1" w:themeFillShade="F2"/>
            <w:vAlign w:val="center"/>
          </w:tcPr>
          <w:p w14:paraId="312DFAEF" w14:textId="77777777" w:rsidR="002F6B97" w:rsidRPr="00F930F6" w:rsidRDefault="002F6B97" w:rsidP="00EE6804">
            <w:pPr>
              <w:jc w:val="center"/>
              <w:rPr>
                <w:b/>
                <w:bCs/>
              </w:rPr>
            </w:pPr>
          </w:p>
        </w:tc>
        <w:tc>
          <w:tcPr>
            <w:tcW w:w="1795" w:type="dxa"/>
          </w:tcPr>
          <w:p w14:paraId="4C006D74" w14:textId="77777777" w:rsidR="002F6B97" w:rsidRDefault="002F6B97" w:rsidP="00EE6804"/>
        </w:tc>
        <w:tc>
          <w:tcPr>
            <w:tcW w:w="1803" w:type="dxa"/>
          </w:tcPr>
          <w:p w14:paraId="4773D1AF" w14:textId="77777777" w:rsidR="002F6B97" w:rsidRDefault="002F6B97" w:rsidP="00EE6804"/>
        </w:tc>
        <w:tc>
          <w:tcPr>
            <w:tcW w:w="1795" w:type="dxa"/>
          </w:tcPr>
          <w:p w14:paraId="413FF88C" w14:textId="77777777" w:rsidR="002F6B97" w:rsidRDefault="002F6B97" w:rsidP="00EE6804"/>
        </w:tc>
        <w:tc>
          <w:tcPr>
            <w:tcW w:w="1795" w:type="dxa"/>
          </w:tcPr>
          <w:p w14:paraId="4E2EE1C2" w14:textId="77777777" w:rsidR="002F6B97" w:rsidRDefault="002F6B97" w:rsidP="00EE6804"/>
        </w:tc>
        <w:tc>
          <w:tcPr>
            <w:tcW w:w="1795" w:type="dxa"/>
          </w:tcPr>
          <w:p w14:paraId="7797B394" w14:textId="77777777" w:rsidR="002F6B97" w:rsidRDefault="002F6B97" w:rsidP="00EE6804"/>
        </w:tc>
      </w:tr>
      <w:tr w:rsidR="002F6B97" w14:paraId="4C3D52D2" w14:textId="77777777" w:rsidTr="00EE6804">
        <w:trPr>
          <w:trHeight w:val="662"/>
        </w:trPr>
        <w:tc>
          <w:tcPr>
            <w:tcW w:w="1795" w:type="dxa"/>
            <w:shd w:val="clear" w:color="auto" w:fill="F2F2F2" w:themeFill="background1" w:themeFillShade="F2"/>
            <w:vAlign w:val="center"/>
          </w:tcPr>
          <w:p w14:paraId="2006F592" w14:textId="77777777" w:rsidR="002F6B97" w:rsidRPr="00F930F6" w:rsidRDefault="002F6B97" w:rsidP="00EE6804">
            <w:pPr>
              <w:jc w:val="center"/>
              <w:rPr>
                <w:b/>
                <w:bCs/>
              </w:rPr>
            </w:pPr>
          </w:p>
        </w:tc>
        <w:tc>
          <w:tcPr>
            <w:tcW w:w="1795" w:type="dxa"/>
          </w:tcPr>
          <w:p w14:paraId="46079DD5" w14:textId="77777777" w:rsidR="002F6B97" w:rsidRDefault="002F6B97" w:rsidP="00EE6804"/>
        </w:tc>
        <w:tc>
          <w:tcPr>
            <w:tcW w:w="1803" w:type="dxa"/>
          </w:tcPr>
          <w:p w14:paraId="2D3ECC45" w14:textId="77777777" w:rsidR="002F6B97" w:rsidRDefault="002F6B97" w:rsidP="00EE6804"/>
        </w:tc>
        <w:tc>
          <w:tcPr>
            <w:tcW w:w="1795" w:type="dxa"/>
          </w:tcPr>
          <w:p w14:paraId="5D2F4F60" w14:textId="77777777" w:rsidR="002F6B97" w:rsidRDefault="002F6B97" w:rsidP="00EE6804"/>
        </w:tc>
        <w:tc>
          <w:tcPr>
            <w:tcW w:w="1795" w:type="dxa"/>
          </w:tcPr>
          <w:p w14:paraId="7B050DAF" w14:textId="77777777" w:rsidR="002F6B97" w:rsidRDefault="002F6B97" w:rsidP="00EE6804"/>
        </w:tc>
        <w:tc>
          <w:tcPr>
            <w:tcW w:w="1795" w:type="dxa"/>
          </w:tcPr>
          <w:p w14:paraId="0BEADD6D" w14:textId="77777777" w:rsidR="002F6B97" w:rsidRDefault="002F6B97" w:rsidP="00EE6804"/>
        </w:tc>
      </w:tr>
      <w:tr w:rsidR="002F6B97" w14:paraId="0A688733" w14:textId="77777777" w:rsidTr="00EE6804">
        <w:trPr>
          <w:trHeight w:val="662"/>
        </w:trPr>
        <w:tc>
          <w:tcPr>
            <w:tcW w:w="1795" w:type="dxa"/>
            <w:shd w:val="clear" w:color="auto" w:fill="F2F2F2" w:themeFill="background1" w:themeFillShade="F2"/>
            <w:vAlign w:val="center"/>
          </w:tcPr>
          <w:p w14:paraId="679F3347" w14:textId="77777777" w:rsidR="002F6B97" w:rsidRPr="00F930F6" w:rsidRDefault="002F6B97" w:rsidP="00EE6804">
            <w:pPr>
              <w:jc w:val="center"/>
              <w:rPr>
                <w:b/>
                <w:bCs/>
              </w:rPr>
            </w:pPr>
          </w:p>
        </w:tc>
        <w:tc>
          <w:tcPr>
            <w:tcW w:w="1795" w:type="dxa"/>
          </w:tcPr>
          <w:p w14:paraId="617F27B2" w14:textId="77777777" w:rsidR="002F6B97" w:rsidRDefault="002F6B97" w:rsidP="00EE6804"/>
        </w:tc>
        <w:tc>
          <w:tcPr>
            <w:tcW w:w="1803" w:type="dxa"/>
          </w:tcPr>
          <w:p w14:paraId="6622CFFF" w14:textId="77777777" w:rsidR="002F6B97" w:rsidRDefault="002F6B97" w:rsidP="00EE6804"/>
        </w:tc>
        <w:tc>
          <w:tcPr>
            <w:tcW w:w="1795" w:type="dxa"/>
          </w:tcPr>
          <w:p w14:paraId="60925EE6" w14:textId="77777777" w:rsidR="002F6B97" w:rsidRDefault="002F6B97" w:rsidP="00EE6804"/>
        </w:tc>
        <w:tc>
          <w:tcPr>
            <w:tcW w:w="1795" w:type="dxa"/>
          </w:tcPr>
          <w:p w14:paraId="6A4F81A8" w14:textId="77777777" w:rsidR="002F6B97" w:rsidRDefault="002F6B97" w:rsidP="00EE6804"/>
        </w:tc>
        <w:tc>
          <w:tcPr>
            <w:tcW w:w="1795" w:type="dxa"/>
          </w:tcPr>
          <w:p w14:paraId="072DFDA6" w14:textId="77777777" w:rsidR="002F6B97" w:rsidRDefault="002F6B97" w:rsidP="00EE6804"/>
        </w:tc>
      </w:tr>
      <w:tr w:rsidR="002F6B97" w14:paraId="20871483" w14:textId="77777777" w:rsidTr="00EE6804">
        <w:trPr>
          <w:trHeight w:val="662"/>
        </w:trPr>
        <w:tc>
          <w:tcPr>
            <w:tcW w:w="1795" w:type="dxa"/>
            <w:shd w:val="clear" w:color="auto" w:fill="F2F2F2" w:themeFill="background1" w:themeFillShade="F2"/>
            <w:vAlign w:val="center"/>
          </w:tcPr>
          <w:p w14:paraId="6717645A" w14:textId="77777777" w:rsidR="002F6B97" w:rsidRPr="00F930F6" w:rsidRDefault="002F6B97" w:rsidP="00EE6804">
            <w:pPr>
              <w:jc w:val="center"/>
              <w:rPr>
                <w:b/>
                <w:bCs/>
              </w:rPr>
            </w:pPr>
          </w:p>
        </w:tc>
        <w:tc>
          <w:tcPr>
            <w:tcW w:w="1795" w:type="dxa"/>
          </w:tcPr>
          <w:p w14:paraId="0771ACB6" w14:textId="77777777" w:rsidR="002F6B97" w:rsidRDefault="002F6B97" w:rsidP="00EE6804"/>
        </w:tc>
        <w:tc>
          <w:tcPr>
            <w:tcW w:w="1803" w:type="dxa"/>
          </w:tcPr>
          <w:p w14:paraId="2EFB77B1" w14:textId="77777777" w:rsidR="002F6B97" w:rsidRDefault="002F6B97" w:rsidP="00EE6804"/>
        </w:tc>
        <w:tc>
          <w:tcPr>
            <w:tcW w:w="1795" w:type="dxa"/>
          </w:tcPr>
          <w:p w14:paraId="002B9646" w14:textId="77777777" w:rsidR="002F6B97" w:rsidRDefault="002F6B97" w:rsidP="00EE6804"/>
        </w:tc>
        <w:tc>
          <w:tcPr>
            <w:tcW w:w="1795" w:type="dxa"/>
          </w:tcPr>
          <w:p w14:paraId="2330AE29" w14:textId="77777777" w:rsidR="002F6B97" w:rsidRDefault="002F6B97" w:rsidP="00EE6804"/>
        </w:tc>
        <w:tc>
          <w:tcPr>
            <w:tcW w:w="1795" w:type="dxa"/>
          </w:tcPr>
          <w:p w14:paraId="1D960D40" w14:textId="77777777" w:rsidR="002F6B97" w:rsidRDefault="002F6B97" w:rsidP="00EE6804"/>
        </w:tc>
      </w:tr>
      <w:tr w:rsidR="002F6B97" w14:paraId="0DCE5804" w14:textId="77777777" w:rsidTr="00EE6804">
        <w:trPr>
          <w:trHeight w:val="662"/>
        </w:trPr>
        <w:tc>
          <w:tcPr>
            <w:tcW w:w="1795" w:type="dxa"/>
            <w:shd w:val="clear" w:color="auto" w:fill="F2F2F2" w:themeFill="background1" w:themeFillShade="F2"/>
            <w:vAlign w:val="center"/>
          </w:tcPr>
          <w:p w14:paraId="792AAB45" w14:textId="77777777" w:rsidR="002F6B97" w:rsidRPr="00F930F6" w:rsidRDefault="002F6B97" w:rsidP="00EE6804">
            <w:pPr>
              <w:jc w:val="center"/>
              <w:rPr>
                <w:b/>
                <w:bCs/>
              </w:rPr>
            </w:pPr>
          </w:p>
        </w:tc>
        <w:tc>
          <w:tcPr>
            <w:tcW w:w="1795" w:type="dxa"/>
          </w:tcPr>
          <w:p w14:paraId="74F9736B" w14:textId="77777777" w:rsidR="002F6B97" w:rsidRDefault="002F6B97" w:rsidP="00EE6804"/>
        </w:tc>
        <w:tc>
          <w:tcPr>
            <w:tcW w:w="1803" w:type="dxa"/>
          </w:tcPr>
          <w:p w14:paraId="20CDCBBB" w14:textId="77777777" w:rsidR="002F6B97" w:rsidRDefault="002F6B97" w:rsidP="00EE6804"/>
        </w:tc>
        <w:tc>
          <w:tcPr>
            <w:tcW w:w="1795" w:type="dxa"/>
          </w:tcPr>
          <w:p w14:paraId="120D8227" w14:textId="77777777" w:rsidR="002F6B97" w:rsidRDefault="002F6B97" w:rsidP="00EE6804"/>
        </w:tc>
        <w:tc>
          <w:tcPr>
            <w:tcW w:w="1795" w:type="dxa"/>
          </w:tcPr>
          <w:p w14:paraId="2B46D501" w14:textId="77777777" w:rsidR="002F6B97" w:rsidRDefault="002F6B97" w:rsidP="00EE6804"/>
        </w:tc>
        <w:tc>
          <w:tcPr>
            <w:tcW w:w="1795" w:type="dxa"/>
          </w:tcPr>
          <w:p w14:paraId="5766621A" w14:textId="77777777" w:rsidR="002F6B97" w:rsidRDefault="002F6B97" w:rsidP="00EE6804"/>
        </w:tc>
      </w:tr>
      <w:tr w:rsidR="002F6B97" w14:paraId="02E08BB5" w14:textId="77777777" w:rsidTr="00EE6804">
        <w:trPr>
          <w:trHeight w:val="662"/>
        </w:trPr>
        <w:tc>
          <w:tcPr>
            <w:tcW w:w="1795" w:type="dxa"/>
            <w:shd w:val="clear" w:color="auto" w:fill="F2F2F2" w:themeFill="background1" w:themeFillShade="F2"/>
            <w:vAlign w:val="center"/>
          </w:tcPr>
          <w:p w14:paraId="40133964" w14:textId="77777777" w:rsidR="002F6B97" w:rsidRPr="00F930F6" w:rsidRDefault="002F6B97" w:rsidP="00EE6804">
            <w:pPr>
              <w:jc w:val="center"/>
              <w:rPr>
                <w:b/>
                <w:bCs/>
              </w:rPr>
            </w:pPr>
          </w:p>
        </w:tc>
        <w:tc>
          <w:tcPr>
            <w:tcW w:w="1795" w:type="dxa"/>
          </w:tcPr>
          <w:p w14:paraId="3C8D840D" w14:textId="77777777" w:rsidR="002F6B97" w:rsidRDefault="002F6B97" w:rsidP="00EE6804"/>
        </w:tc>
        <w:tc>
          <w:tcPr>
            <w:tcW w:w="1803" w:type="dxa"/>
          </w:tcPr>
          <w:p w14:paraId="1C0FAE95" w14:textId="77777777" w:rsidR="002F6B97" w:rsidRDefault="002F6B97" w:rsidP="00EE6804"/>
        </w:tc>
        <w:tc>
          <w:tcPr>
            <w:tcW w:w="1795" w:type="dxa"/>
          </w:tcPr>
          <w:p w14:paraId="20A94506" w14:textId="77777777" w:rsidR="002F6B97" w:rsidRDefault="002F6B97" w:rsidP="00EE6804"/>
        </w:tc>
        <w:tc>
          <w:tcPr>
            <w:tcW w:w="1795" w:type="dxa"/>
          </w:tcPr>
          <w:p w14:paraId="18C9C82E" w14:textId="77777777" w:rsidR="002F6B97" w:rsidRDefault="002F6B97" w:rsidP="00EE6804"/>
        </w:tc>
        <w:tc>
          <w:tcPr>
            <w:tcW w:w="1795" w:type="dxa"/>
          </w:tcPr>
          <w:p w14:paraId="10114DC0" w14:textId="77777777" w:rsidR="002F6B97" w:rsidRDefault="002F6B97" w:rsidP="00EE6804"/>
        </w:tc>
      </w:tr>
      <w:tr w:rsidR="002F6B97" w14:paraId="6450422B" w14:textId="77777777" w:rsidTr="00EE6804">
        <w:trPr>
          <w:trHeight w:val="662"/>
        </w:trPr>
        <w:tc>
          <w:tcPr>
            <w:tcW w:w="1795" w:type="dxa"/>
            <w:shd w:val="clear" w:color="auto" w:fill="F2F2F2" w:themeFill="background1" w:themeFillShade="F2"/>
            <w:vAlign w:val="center"/>
          </w:tcPr>
          <w:p w14:paraId="7B5C40C5" w14:textId="77777777" w:rsidR="002F6B97" w:rsidRPr="00F930F6" w:rsidRDefault="002F6B97" w:rsidP="00EE6804">
            <w:pPr>
              <w:jc w:val="center"/>
              <w:rPr>
                <w:b/>
                <w:bCs/>
              </w:rPr>
            </w:pPr>
          </w:p>
        </w:tc>
        <w:tc>
          <w:tcPr>
            <w:tcW w:w="1795" w:type="dxa"/>
          </w:tcPr>
          <w:p w14:paraId="1D2DB13E" w14:textId="77777777" w:rsidR="002F6B97" w:rsidRDefault="002F6B97" w:rsidP="00EE6804"/>
        </w:tc>
        <w:tc>
          <w:tcPr>
            <w:tcW w:w="1803" w:type="dxa"/>
          </w:tcPr>
          <w:p w14:paraId="7CF562AC" w14:textId="77777777" w:rsidR="002F6B97" w:rsidRDefault="002F6B97" w:rsidP="00EE6804"/>
        </w:tc>
        <w:tc>
          <w:tcPr>
            <w:tcW w:w="1795" w:type="dxa"/>
          </w:tcPr>
          <w:p w14:paraId="6CD767CD" w14:textId="77777777" w:rsidR="002F6B97" w:rsidRDefault="002F6B97" w:rsidP="00EE6804"/>
        </w:tc>
        <w:tc>
          <w:tcPr>
            <w:tcW w:w="1795" w:type="dxa"/>
          </w:tcPr>
          <w:p w14:paraId="1EB62553" w14:textId="77777777" w:rsidR="002F6B97" w:rsidRDefault="002F6B97" w:rsidP="00EE6804"/>
        </w:tc>
        <w:tc>
          <w:tcPr>
            <w:tcW w:w="1795" w:type="dxa"/>
          </w:tcPr>
          <w:p w14:paraId="4CC2B2C0" w14:textId="77777777" w:rsidR="002F6B97" w:rsidRDefault="002F6B97" w:rsidP="00EE6804"/>
        </w:tc>
      </w:tr>
      <w:tr w:rsidR="002F6B97" w14:paraId="4EABF068" w14:textId="77777777" w:rsidTr="00EE6804">
        <w:trPr>
          <w:trHeight w:val="662"/>
        </w:trPr>
        <w:tc>
          <w:tcPr>
            <w:tcW w:w="1795" w:type="dxa"/>
            <w:shd w:val="clear" w:color="auto" w:fill="F2F2F2" w:themeFill="background1" w:themeFillShade="F2"/>
            <w:vAlign w:val="center"/>
          </w:tcPr>
          <w:p w14:paraId="76076454" w14:textId="77777777" w:rsidR="002F6B97" w:rsidRPr="00F930F6" w:rsidRDefault="002F6B97" w:rsidP="00EE6804">
            <w:pPr>
              <w:jc w:val="center"/>
              <w:rPr>
                <w:b/>
                <w:bCs/>
              </w:rPr>
            </w:pPr>
          </w:p>
        </w:tc>
        <w:tc>
          <w:tcPr>
            <w:tcW w:w="1795" w:type="dxa"/>
          </w:tcPr>
          <w:p w14:paraId="14A0DC42" w14:textId="77777777" w:rsidR="002F6B97" w:rsidRDefault="002F6B97" w:rsidP="00EE6804"/>
        </w:tc>
        <w:tc>
          <w:tcPr>
            <w:tcW w:w="1803" w:type="dxa"/>
          </w:tcPr>
          <w:p w14:paraId="7A2E9F79" w14:textId="77777777" w:rsidR="002F6B97" w:rsidRDefault="002F6B97" w:rsidP="00EE6804"/>
        </w:tc>
        <w:tc>
          <w:tcPr>
            <w:tcW w:w="1795" w:type="dxa"/>
          </w:tcPr>
          <w:p w14:paraId="69A8DA71" w14:textId="77777777" w:rsidR="002F6B97" w:rsidRDefault="002F6B97" w:rsidP="00EE6804"/>
        </w:tc>
        <w:tc>
          <w:tcPr>
            <w:tcW w:w="1795" w:type="dxa"/>
          </w:tcPr>
          <w:p w14:paraId="0DD11A10" w14:textId="77777777" w:rsidR="002F6B97" w:rsidRDefault="002F6B97" w:rsidP="00EE6804"/>
        </w:tc>
        <w:tc>
          <w:tcPr>
            <w:tcW w:w="1795" w:type="dxa"/>
          </w:tcPr>
          <w:p w14:paraId="29E198B4" w14:textId="77777777" w:rsidR="002F6B97" w:rsidRDefault="002F6B97" w:rsidP="00EE6804"/>
        </w:tc>
      </w:tr>
      <w:tr w:rsidR="002F6B97" w14:paraId="7E187BC5" w14:textId="77777777" w:rsidTr="00EE6804">
        <w:trPr>
          <w:trHeight w:val="662"/>
        </w:trPr>
        <w:tc>
          <w:tcPr>
            <w:tcW w:w="1795" w:type="dxa"/>
            <w:shd w:val="clear" w:color="auto" w:fill="F2F2F2" w:themeFill="background1" w:themeFillShade="F2"/>
            <w:vAlign w:val="center"/>
          </w:tcPr>
          <w:p w14:paraId="35329668" w14:textId="77777777" w:rsidR="002F6B97" w:rsidRPr="00F930F6" w:rsidRDefault="002F6B97" w:rsidP="00EE6804">
            <w:pPr>
              <w:jc w:val="center"/>
              <w:rPr>
                <w:b/>
                <w:bCs/>
              </w:rPr>
            </w:pPr>
          </w:p>
        </w:tc>
        <w:tc>
          <w:tcPr>
            <w:tcW w:w="1795" w:type="dxa"/>
          </w:tcPr>
          <w:p w14:paraId="70C0D857" w14:textId="77777777" w:rsidR="002F6B97" w:rsidRDefault="002F6B97" w:rsidP="00EE6804"/>
        </w:tc>
        <w:tc>
          <w:tcPr>
            <w:tcW w:w="1803" w:type="dxa"/>
          </w:tcPr>
          <w:p w14:paraId="3138632A" w14:textId="77777777" w:rsidR="002F6B97" w:rsidRDefault="002F6B97" w:rsidP="00EE6804"/>
        </w:tc>
        <w:tc>
          <w:tcPr>
            <w:tcW w:w="1795" w:type="dxa"/>
          </w:tcPr>
          <w:p w14:paraId="5B4108C4" w14:textId="77777777" w:rsidR="002F6B97" w:rsidRDefault="002F6B97" w:rsidP="00EE6804"/>
        </w:tc>
        <w:tc>
          <w:tcPr>
            <w:tcW w:w="1795" w:type="dxa"/>
          </w:tcPr>
          <w:p w14:paraId="68FA1E1E" w14:textId="77777777" w:rsidR="002F6B97" w:rsidRDefault="002F6B97" w:rsidP="00EE6804"/>
        </w:tc>
        <w:tc>
          <w:tcPr>
            <w:tcW w:w="1795" w:type="dxa"/>
          </w:tcPr>
          <w:p w14:paraId="5E6259B6" w14:textId="77777777" w:rsidR="002F6B97" w:rsidRDefault="002F6B97" w:rsidP="00EE6804"/>
        </w:tc>
      </w:tr>
      <w:tr w:rsidR="002F6B97" w14:paraId="5AC8854E" w14:textId="77777777" w:rsidTr="00EE6804">
        <w:trPr>
          <w:trHeight w:val="662"/>
        </w:trPr>
        <w:tc>
          <w:tcPr>
            <w:tcW w:w="1795" w:type="dxa"/>
            <w:shd w:val="clear" w:color="auto" w:fill="F2F2F2" w:themeFill="background1" w:themeFillShade="F2"/>
            <w:vAlign w:val="center"/>
          </w:tcPr>
          <w:p w14:paraId="0C5140E9" w14:textId="77777777" w:rsidR="002F6B97" w:rsidRPr="00F930F6" w:rsidRDefault="002F6B97" w:rsidP="00EE6804">
            <w:pPr>
              <w:jc w:val="center"/>
              <w:rPr>
                <w:b/>
                <w:bCs/>
              </w:rPr>
            </w:pPr>
          </w:p>
        </w:tc>
        <w:tc>
          <w:tcPr>
            <w:tcW w:w="1795" w:type="dxa"/>
          </w:tcPr>
          <w:p w14:paraId="2433E65D" w14:textId="77777777" w:rsidR="002F6B97" w:rsidRDefault="002F6B97" w:rsidP="00EE6804"/>
        </w:tc>
        <w:tc>
          <w:tcPr>
            <w:tcW w:w="1803" w:type="dxa"/>
          </w:tcPr>
          <w:p w14:paraId="76194EB4" w14:textId="77777777" w:rsidR="002F6B97" w:rsidRDefault="002F6B97" w:rsidP="00EE6804"/>
        </w:tc>
        <w:tc>
          <w:tcPr>
            <w:tcW w:w="1795" w:type="dxa"/>
          </w:tcPr>
          <w:p w14:paraId="43ED5630" w14:textId="77777777" w:rsidR="002F6B97" w:rsidRDefault="002F6B97" w:rsidP="00EE6804"/>
        </w:tc>
        <w:tc>
          <w:tcPr>
            <w:tcW w:w="1795" w:type="dxa"/>
          </w:tcPr>
          <w:p w14:paraId="03104097" w14:textId="77777777" w:rsidR="002F6B97" w:rsidRDefault="002F6B97" w:rsidP="00EE6804"/>
        </w:tc>
        <w:tc>
          <w:tcPr>
            <w:tcW w:w="1795" w:type="dxa"/>
          </w:tcPr>
          <w:p w14:paraId="218A8978" w14:textId="77777777" w:rsidR="002F6B97" w:rsidRDefault="002F6B97" w:rsidP="00EE6804"/>
        </w:tc>
      </w:tr>
      <w:tr w:rsidR="002F6B97" w14:paraId="1D2B0C9E" w14:textId="77777777" w:rsidTr="00EE6804">
        <w:trPr>
          <w:trHeight w:val="662"/>
        </w:trPr>
        <w:tc>
          <w:tcPr>
            <w:tcW w:w="1795" w:type="dxa"/>
            <w:shd w:val="clear" w:color="auto" w:fill="F2F2F2" w:themeFill="background1" w:themeFillShade="F2"/>
            <w:vAlign w:val="center"/>
          </w:tcPr>
          <w:p w14:paraId="59AEE178" w14:textId="77777777" w:rsidR="002F6B97" w:rsidRPr="00F930F6" w:rsidRDefault="002F6B97" w:rsidP="00EE6804">
            <w:pPr>
              <w:jc w:val="center"/>
              <w:rPr>
                <w:b/>
                <w:bCs/>
              </w:rPr>
            </w:pPr>
          </w:p>
        </w:tc>
        <w:tc>
          <w:tcPr>
            <w:tcW w:w="1795" w:type="dxa"/>
          </w:tcPr>
          <w:p w14:paraId="250C9428" w14:textId="77777777" w:rsidR="002F6B97" w:rsidRDefault="002F6B97" w:rsidP="00EE6804"/>
        </w:tc>
        <w:tc>
          <w:tcPr>
            <w:tcW w:w="1803" w:type="dxa"/>
          </w:tcPr>
          <w:p w14:paraId="6E9C9B05" w14:textId="77777777" w:rsidR="002F6B97" w:rsidRDefault="002F6B97" w:rsidP="00EE6804"/>
        </w:tc>
        <w:tc>
          <w:tcPr>
            <w:tcW w:w="1795" w:type="dxa"/>
          </w:tcPr>
          <w:p w14:paraId="08F3FC84" w14:textId="77777777" w:rsidR="002F6B97" w:rsidRDefault="002F6B97" w:rsidP="00EE6804"/>
        </w:tc>
        <w:tc>
          <w:tcPr>
            <w:tcW w:w="1795" w:type="dxa"/>
          </w:tcPr>
          <w:p w14:paraId="132B046F" w14:textId="77777777" w:rsidR="002F6B97" w:rsidRDefault="002F6B97" w:rsidP="00EE6804"/>
        </w:tc>
        <w:tc>
          <w:tcPr>
            <w:tcW w:w="1795" w:type="dxa"/>
          </w:tcPr>
          <w:p w14:paraId="7455DDCE" w14:textId="77777777" w:rsidR="002F6B97" w:rsidRDefault="002F6B97" w:rsidP="00EE6804"/>
        </w:tc>
      </w:tr>
      <w:tr w:rsidR="002F6B97" w14:paraId="17F20EF6" w14:textId="77777777" w:rsidTr="00EE6804">
        <w:trPr>
          <w:trHeight w:val="662"/>
        </w:trPr>
        <w:tc>
          <w:tcPr>
            <w:tcW w:w="1795" w:type="dxa"/>
            <w:shd w:val="clear" w:color="auto" w:fill="F2F2F2" w:themeFill="background1" w:themeFillShade="F2"/>
            <w:vAlign w:val="center"/>
          </w:tcPr>
          <w:p w14:paraId="178FC8B7" w14:textId="77777777" w:rsidR="002F6B97" w:rsidRPr="00F930F6" w:rsidRDefault="002F6B97" w:rsidP="00EE6804">
            <w:pPr>
              <w:jc w:val="center"/>
              <w:rPr>
                <w:b/>
                <w:bCs/>
              </w:rPr>
            </w:pPr>
          </w:p>
        </w:tc>
        <w:tc>
          <w:tcPr>
            <w:tcW w:w="1795" w:type="dxa"/>
          </w:tcPr>
          <w:p w14:paraId="0213DA9E" w14:textId="77777777" w:rsidR="002F6B97" w:rsidRDefault="002F6B97" w:rsidP="00EE6804"/>
        </w:tc>
        <w:tc>
          <w:tcPr>
            <w:tcW w:w="1803" w:type="dxa"/>
          </w:tcPr>
          <w:p w14:paraId="4EB69379" w14:textId="77777777" w:rsidR="002F6B97" w:rsidRDefault="002F6B97" w:rsidP="00EE6804"/>
        </w:tc>
        <w:tc>
          <w:tcPr>
            <w:tcW w:w="1795" w:type="dxa"/>
          </w:tcPr>
          <w:p w14:paraId="4D446C04" w14:textId="77777777" w:rsidR="002F6B97" w:rsidRDefault="002F6B97" w:rsidP="00EE6804"/>
        </w:tc>
        <w:tc>
          <w:tcPr>
            <w:tcW w:w="1795" w:type="dxa"/>
          </w:tcPr>
          <w:p w14:paraId="54F0A4E0" w14:textId="77777777" w:rsidR="002F6B97" w:rsidRDefault="002F6B97" w:rsidP="00EE6804"/>
        </w:tc>
        <w:tc>
          <w:tcPr>
            <w:tcW w:w="1795" w:type="dxa"/>
          </w:tcPr>
          <w:p w14:paraId="2EF213E5" w14:textId="77777777" w:rsidR="002F6B97" w:rsidRDefault="002F6B97" w:rsidP="00EE6804"/>
        </w:tc>
      </w:tr>
      <w:tr w:rsidR="002F6B97" w14:paraId="4AD96E37" w14:textId="77777777" w:rsidTr="00EE6804">
        <w:trPr>
          <w:trHeight w:val="662"/>
        </w:trPr>
        <w:tc>
          <w:tcPr>
            <w:tcW w:w="1795" w:type="dxa"/>
            <w:shd w:val="clear" w:color="auto" w:fill="F2F2F2" w:themeFill="background1" w:themeFillShade="F2"/>
            <w:vAlign w:val="center"/>
          </w:tcPr>
          <w:p w14:paraId="3C34B3E2" w14:textId="77777777" w:rsidR="002F6B97" w:rsidRPr="00F930F6" w:rsidRDefault="002F6B97" w:rsidP="00EE6804">
            <w:pPr>
              <w:jc w:val="center"/>
              <w:rPr>
                <w:b/>
                <w:bCs/>
              </w:rPr>
            </w:pPr>
          </w:p>
        </w:tc>
        <w:tc>
          <w:tcPr>
            <w:tcW w:w="1795" w:type="dxa"/>
          </w:tcPr>
          <w:p w14:paraId="4CE5A7A3" w14:textId="77777777" w:rsidR="002F6B97" w:rsidRDefault="002F6B97" w:rsidP="00EE6804"/>
        </w:tc>
        <w:tc>
          <w:tcPr>
            <w:tcW w:w="1803" w:type="dxa"/>
          </w:tcPr>
          <w:p w14:paraId="215CFD72" w14:textId="77777777" w:rsidR="002F6B97" w:rsidRDefault="002F6B97" w:rsidP="00EE6804"/>
        </w:tc>
        <w:tc>
          <w:tcPr>
            <w:tcW w:w="1795" w:type="dxa"/>
          </w:tcPr>
          <w:p w14:paraId="0773C11B" w14:textId="77777777" w:rsidR="002F6B97" w:rsidRDefault="002F6B97" w:rsidP="00EE6804"/>
        </w:tc>
        <w:tc>
          <w:tcPr>
            <w:tcW w:w="1795" w:type="dxa"/>
          </w:tcPr>
          <w:p w14:paraId="7EC3CF3E" w14:textId="77777777" w:rsidR="002F6B97" w:rsidRDefault="002F6B97" w:rsidP="00EE6804"/>
        </w:tc>
        <w:tc>
          <w:tcPr>
            <w:tcW w:w="1795" w:type="dxa"/>
          </w:tcPr>
          <w:p w14:paraId="38F284B2" w14:textId="77777777" w:rsidR="002F6B97" w:rsidRDefault="002F6B97" w:rsidP="00EE6804"/>
        </w:tc>
      </w:tr>
    </w:tbl>
    <w:p w14:paraId="4C75CB9C" w14:textId="77777777" w:rsidR="002F6B97" w:rsidRDefault="002F6B97"/>
    <w:sectPr w:rsidR="002F6B97" w:rsidSect="00F930F6">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F9303" w14:textId="77777777" w:rsidR="006A1A58" w:rsidRDefault="006A1A58" w:rsidP="006F6273">
      <w:pPr>
        <w:spacing w:after="0" w:line="240" w:lineRule="auto"/>
      </w:pPr>
      <w:r>
        <w:separator/>
      </w:r>
    </w:p>
  </w:endnote>
  <w:endnote w:type="continuationSeparator" w:id="0">
    <w:p w14:paraId="62126C50" w14:textId="77777777" w:rsidR="006A1A58" w:rsidRDefault="006A1A58" w:rsidP="006F6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C5A8B" w14:textId="77777777" w:rsidR="00525999" w:rsidRDefault="005259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90318" w14:textId="24C72BF2" w:rsidR="006F6273" w:rsidRDefault="006F6273">
    <w:pPr>
      <w:pStyle w:val="Footer"/>
    </w:pPr>
    <w:r>
      <w:rPr>
        <w:noProof/>
        <w:sz w:val="40"/>
        <w:szCs w:val="40"/>
      </w:rPr>
      <w:drawing>
        <wp:anchor distT="0" distB="0" distL="114300" distR="114300" simplePos="0" relativeHeight="251659264" behindDoc="0" locked="0" layoutInCell="1" allowOverlap="1" wp14:anchorId="07ED9951" wp14:editId="1A81E161">
          <wp:simplePos x="0" y="0"/>
          <wp:positionH relativeFrom="column">
            <wp:posOffset>3014133</wp:posOffset>
          </wp:positionH>
          <wp:positionV relativeFrom="paragraph">
            <wp:posOffset>53763</wp:posOffset>
          </wp:positionV>
          <wp:extent cx="499534" cy="499534"/>
          <wp:effectExtent l="0" t="0" r="0" b="0"/>
          <wp:wrapNone/>
          <wp:docPr id="418438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38449" name="Picture 1"/>
                  <pic:cNvPicPr/>
                </pic:nvPicPr>
                <pic:blipFill>
                  <a:blip r:embed="rId1"/>
                  <a:stretch>
                    <a:fillRect/>
                  </a:stretch>
                </pic:blipFill>
                <pic:spPr>
                  <a:xfrm>
                    <a:off x="0" y="0"/>
                    <a:ext cx="499534" cy="49953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43F79" w14:textId="77777777" w:rsidR="00525999" w:rsidRDefault="005259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0FF81" w14:textId="77777777" w:rsidR="006A1A58" w:rsidRDefault="006A1A58" w:rsidP="006F6273">
      <w:pPr>
        <w:spacing w:after="0" w:line="240" w:lineRule="auto"/>
      </w:pPr>
      <w:r>
        <w:separator/>
      </w:r>
    </w:p>
  </w:footnote>
  <w:footnote w:type="continuationSeparator" w:id="0">
    <w:p w14:paraId="7A6CA467" w14:textId="77777777" w:rsidR="006A1A58" w:rsidRDefault="006A1A58" w:rsidP="006F6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4DB5F" w14:textId="77777777" w:rsidR="00525999" w:rsidRDefault="005259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44585" w14:textId="77777777" w:rsidR="00525999" w:rsidRDefault="005259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807EC" w14:textId="77777777" w:rsidR="00525999" w:rsidRDefault="005259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495073781">
    <w:abstractNumId w:val="8"/>
  </w:num>
  <w:num w:numId="2" w16cid:durableId="767584639">
    <w:abstractNumId w:val="6"/>
  </w:num>
  <w:num w:numId="3" w16cid:durableId="820730985">
    <w:abstractNumId w:val="5"/>
  </w:num>
  <w:num w:numId="4" w16cid:durableId="927613138">
    <w:abstractNumId w:val="4"/>
  </w:num>
  <w:num w:numId="5" w16cid:durableId="988556776">
    <w:abstractNumId w:val="7"/>
  </w:num>
  <w:num w:numId="6" w16cid:durableId="1322350895">
    <w:abstractNumId w:val="3"/>
  </w:num>
  <w:num w:numId="7" w16cid:durableId="1324311301">
    <w:abstractNumId w:val="2"/>
  </w:num>
  <w:num w:numId="8" w16cid:durableId="1815488400">
    <w:abstractNumId w:val="1"/>
  </w:num>
  <w:num w:numId="9" w16cid:durableId="1357539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43857"/>
    <w:rsid w:val="0015074B"/>
    <w:rsid w:val="002564E9"/>
    <w:rsid w:val="0029639D"/>
    <w:rsid w:val="002F6B97"/>
    <w:rsid w:val="00326F90"/>
    <w:rsid w:val="003405D1"/>
    <w:rsid w:val="003B5CC3"/>
    <w:rsid w:val="00525999"/>
    <w:rsid w:val="00594E2A"/>
    <w:rsid w:val="006A1A58"/>
    <w:rsid w:val="006F6273"/>
    <w:rsid w:val="00AA1D8D"/>
    <w:rsid w:val="00B47730"/>
    <w:rsid w:val="00C544BA"/>
    <w:rsid w:val="00CB0664"/>
    <w:rsid w:val="00E72C7E"/>
    <w:rsid w:val="00F32BE3"/>
    <w:rsid w:val="00F930F6"/>
    <w:rsid w:val="00FC693F"/>
    <w:rsid w:val="00FD42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8A3489"/>
  <w14:defaultImageDpi w14:val="300"/>
  <w15:docId w15:val="{19C9D7BA-2414-A448-8599-C79DB331B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6F6273"/>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420</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Sarah HARRIS</cp:lastModifiedBy>
  <cp:revision>6</cp:revision>
  <dcterms:created xsi:type="dcterms:W3CDTF">2026-05-27T12:23:00Z</dcterms:created>
  <dcterms:modified xsi:type="dcterms:W3CDTF">2026-05-27T12:48:00Z</dcterms:modified>
  <cp:category/>
</cp:coreProperties>
</file>