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71660" w14:textId="0E422524" w:rsidR="005E021C" w:rsidRPr="004B6EDC" w:rsidRDefault="004B6EDC">
      <w:pPr>
        <w:pStyle w:val="Heading1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9C7FD63" wp14:editId="31E7B8C8">
            <wp:simplePos x="0" y="0"/>
            <wp:positionH relativeFrom="column">
              <wp:posOffset>5257800</wp:posOffset>
            </wp:positionH>
            <wp:positionV relativeFrom="paragraph">
              <wp:posOffset>-118533</wp:posOffset>
            </wp:positionV>
            <wp:extent cx="1687484" cy="1687484"/>
            <wp:effectExtent l="0" t="0" r="1905" b="1905"/>
            <wp:wrapNone/>
            <wp:docPr id="80591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1995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484" cy="1687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EDC">
        <w:rPr>
          <w:rFonts w:asciiTheme="minorHAnsi" w:hAnsiTheme="minorHAnsi"/>
          <w:sz w:val="40"/>
          <w:szCs w:val="40"/>
        </w:rPr>
        <w:t>Physical Activity Log</w:t>
      </w:r>
    </w:p>
    <w:p w14:paraId="7014E310" w14:textId="77777777" w:rsidR="004B6EDC" w:rsidRPr="004B6EDC" w:rsidRDefault="004B6EDC" w:rsidP="004B6EDC">
      <w:pPr>
        <w:rPr>
          <w:sz w:val="16"/>
          <w:szCs w:val="16"/>
        </w:rPr>
      </w:pPr>
    </w:p>
    <w:p w14:paraId="6B96A5A4" w14:textId="77777777" w:rsidR="004B6EDC" w:rsidRDefault="00000000">
      <w:r w:rsidRPr="004B6EDC">
        <w:rPr>
          <w:b/>
        </w:rPr>
        <w:t xml:space="preserve">Participant ID: </w:t>
      </w:r>
      <w:r w:rsidRPr="004B6EDC">
        <w:t>____________________</w:t>
      </w:r>
    </w:p>
    <w:p w14:paraId="553D9B1D" w14:textId="04EF8C02" w:rsidR="004B6EDC" w:rsidRDefault="00000000">
      <w:r w:rsidRPr="004B6EDC">
        <w:br/>
      </w:r>
      <w:r w:rsidRPr="004B6EDC">
        <w:rPr>
          <w:b/>
        </w:rPr>
        <w:t xml:space="preserve">Week Beginning: </w:t>
      </w:r>
      <w:r w:rsidRPr="004B6EDC">
        <w:t>____________________</w:t>
      </w:r>
    </w:p>
    <w:p w14:paraId="0BF6804A" w14:textId="77777777" w:rsidR="004B6EDC" w:rsidRPr="004B6EDC" w:rsidRDefault="004B6EDC">
      <w:pPr>
        <w:rPr>
          <w:sz w:val="16"/>
          <w:szCs w:val="16"/>
        </w:rPr>
      </w:pPr>
    </w:p>
    <w:p w14:paraId="471B8A6F" w14:textId="7DF396DD" w:rsidR="004B6EDC" w:rsidRPr="004B6EDC" w:rsidRDefault="00000000">
      <w:pPr>
        <w:rPr>
          <w:b/>
          <w:bCs/>
        </w:rPr>
      </w:pPr>
      <w:r w:rsidRPr="004B6EDC">
        <w:rPr>
          <w:b/>
          <w:bCs/>
        </w:rPr>
        <w:t>Please record your usual physical activity and structured exercise completed during this week.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3778"/>
        <w:gridCol w:w="2723"/>
        <w:gridCol w:w="2723"/>
      </w:tblGrid>
      <w:tr w:rsidR="005E021C" w:rsidRPr="004B6EDC" w14:paraId="22680289" w14:textId="77777777" w:rsidTr="004B6EDC">
        <w:trPr>
          <w:trHeight w:val="1015"/>
        </w:trPr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56D09430" w14:textId="77777777" w:rsidR="005E021C" w:rsidRPr="004B6EDC" w:rsidRDefault="00000000" w:rsidP="004B6EDC">
            <w:pPr>
              <w:jc w:val="center"/>
            </w:pPr>
            <w:r w:rsidRPr="004B6EDC">
              <w:t>Day</w:t>
            </w:r>
          </w:p>
        </w:tc>
        <w:tc>
          <w:tcPr>
            <w:tcW w:w="3778" w:type="dxa"/>
            <w:shd w:val="clear" w:color="auto" w:fill="F2F2F2" w:themeFill="background1" w:themeFillShade="F2"/>
            <w:vAlign w:val="center"/>
          </w:tcPr>
          <w:p w14:paraId="1AD1DC04" w14:textId="77777777" w:rsidR="005E021C" w:rsidRPr="004B6EDC" w:rsidRDefault="00000000" w:rsidP="004B6EDC">
            <w:pPr>
              <w:jc w:val="center"/>
            </w:pPr>
            <w:r w:rsidRPr="004B6EDC">
              <w:t>Type of Activity/Exercise</w:t>
            </w:r>
          </w:p>
        </w:tc>
        <w:tc>
          <w:tcPr>
            <w:tcW w:w="2723" w:type="dxa"/>
            <w:shd w:val="clear" w:color="auto" w:fill="F2F2F2" w:themeFill="background1" w:themeFillShade="F2"/>
            <w:vAlign w:val="center"/>
          </w:tcPr>
          <w:p w14:paraId="7FF2527A" w14:textId="77777777" w:rsidR="005E021C" w:rsidRPr="004B6EDC" w:rsidRDefault="00000000" w:rsidP="004B6EDC">
            <w:pPr>
              <w:jc w:val="center"/>
            </w:pPr>
            <w:r w:rsidRPr="004B6EDC">
              <w:t>Approximate Duration</w:t>
            </w:r>
          </w:p>
        </w:tc>
        <w:tc>
          <w:tcPr>
            <w:tcW w:w="2723" w:type="dxa"/>
            <w:shd w:val="clear" w:color="auto" w:fill="F2F2F2" w:themeFill="background1" w:themeFillShade="F2"/>
            <w:vAlign w:val="center"/>
          </w:tcPr>
          <w:p w14:paraId="0E530809" w14:textId="77777777" w:rsidR="005E021C" w:rsidRPr="004B6EDC" w:rsidRDefault="00000000" w:rsidP="004B6EDC">
            <w:pPr>
              <w:jc w:val="center"/>
            </w:pPr>
            <w:r w:rsidRPr="004B6EDC">
              <w:t>Approximate Intensity</w:t>
            </w:r>
            <w:r w:rsidRPr="004B6EDC">
              <w:br/>
              <w:t>(Light / Moderate / Vigorous)</w:t>
            </w:r>
          </w:p>
        </w:tc>
      </w:tr>
      <w:tr w:rsidR="005E021C" w:rsidRPr="004B6EDC" w14:paraId="71A7E49C" w14:textId="77777777" w:rsidTr="004B6EDC">
        <w:trPr>
          <w:trHeight w:val="521"/>
        </w:trPr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0B35FD44" w14:textId="77777777" w:rsidR="005E021C" w:rsidRPr="004B6EDC" w:rsidRDefault="00000000" w:rsidP="004B6EDC">
            <w:pPr>
              <w:jc w:val="center"/>
              <w:rPr>
                <w:b/>
                <w:bCs/>
              </w:rPr>
            </w:pPr>
            <w:r w:rsidRPr="004B6EDC">
              <w:rPr>
                <w:b/>
                <w:bCs/>
              </w:rPr>
              <w:t>Monday</w:t>
            </w:r>
          </w:p>
        </w:tc>
        <w:tc>
          <w:tcPr>
            <w:tcW w:w="3778" w:type="dxa"/>
          </w:tcPr>
          <w:p w14:paraId="4C876DD6" w14:textId="77777777" w:rsidR="005E021C" w:rsidRDefault="005E021C"/>
          <w:p w14:paraId="07EDD348" w14:textId="77777777" w:rsidR="004B6EDC" w:rsidRDefault="004B6EDC"/>
          <w:p w14:paraId="3141D5B9" w14:textId="77777777" w:rsidR="004B6EDC" w:rsidRPr="004B6EDC" w:rsidRDefault="004B6EDC"/>
        </w:tc>
        <w:tc>
          <w:tcPr>
            <w:tcW w:w="2723" w:type="dxa"/>
          </w:tcPr>
          <w:p w14:paraId="45B0E0A4" w14:textId="77777777" w:rsidR="005E021C" w:rsidRPr="004B6EDC" w:rsidRDefault="005E021C"/>
        </w:tc>
        <w:tc>
          <w:tcPr>
            <w:tcW w:w="2723" w:type="dxa"/>
          </w:tcPr>
          <w:p w14:paraId="2DA6C387" w14:textId="77777777" w:rsidR="005E021C" w:rsidRPr="004B6EDC" w:rsidRDefault="005E021C"/>
        </w:tc>
      </w:tr>
      <w:tr w:rsidR="005E021C" w:rsidRPr="004B6EDC" w14:paraId="31344383" w14:textId="77777777" w:rsidTr="004B6EDC">
        <w:trPr>
          <w:trHeight w:val="548"/>
        </w:trPr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50FA3B51" w14:textId="77777777" w:rsidR="005E021C" w:rsidRPr="004B6EDC" w:rsidRDefault="00000000" w:rsidP="004B6EDC">
            <w:pPr>
              <w:jc w:val="center"/>
              <w:rPr>
                <w:b/>
                <w:bCs/>
              </w:rPr>
            </w:pPr>
            <w:r w:rsidRPr="004B6EDC">
              <w:rPr>
                <w:b/>
                <w:bCs/>
              </w:rPr>
              <w:t>Tuesday</w:t>
            </w:r>
          </w:p>
        </w:tc>
        <w:tc>
          <w:tcPr>
            <w:tcW w:w="3778" w:type="dxa"/>
          </w:tcPr>
          <w:p w14:paraId="2B9A998F" w14:textId="77777777" w:rsidR="005E021C" w:rsidRDefault="005E021C"/>
          <w:p w14:paraId="13F8BDA0" w14:textId="77777777" w:rsidR="004B6EDC" w:rsidRDefault="004B6EDC"/>
          <w:p w14:paraId="2AC27C00" w14:textId="77777777" w:rsidR="004B6EDC" w:rsidRPr="004B6EDC" w:rsidRDefault="004B6EDC"/>
        </w:tc>
        <w:tc>
          <w:tcPr>
            <w:tcW w:w="2723" w:type="dxa"/>
          </w:tcPr>
          <w:p w14:paraId="021BE338" w14:textId="77777777" w:rsidR="005E021C" w:rsidRPr="004B6EDC" w:rsidRDefault="005E021C"/>
        </w:tc>
        <w:tc>
          <w:tcPr>
            <w:tcW w:w="2723" w:type="dxa"/>
          </w:tcPr>
          <w:p w14:paraId="02E89F4F" w14:textId="77777777" w:rsidR="005E021C" w:rsidRPr="004B6EDC" w:rsidRDefault="005E021C"/>
        </w:tc>
      </w:tr>
      <w:tr w:rsidR="005E021C" w:rsidRPr="004B6EDC" w14:paraId="435CA698" w14:textId="77777777" w:rsidTr="004B6EDC">
        <w:trPr>
          <w:trHeight w:val="521"/>
        </w:trPr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3D0ED0B4" w14:textId="77777777" w:rsidR="005E021C" w:rsidRPr="004B6EDC" w:rsidRDefault="00000000" w:rsidP="004B6EDC">
            <w:pPr>
              <w:jc w:val="center"/>
              <w:rPr>
                <w:b/>
                <w:bCs/>
              </w:rPr>
            </w:pPr>
            <w:r w:rsidRPr="004B6EDC">
              <w:rPr>
                <w:b/>
                <w:bCs/>
              </w:rPr>
              <w:t>Wednesday</w:t>
            </w:r>
          </w:p>
        </w:tc>
        <w:tc>
          <w:tcPr>
            <w:tcW w:w="3778" w:type="dxa"/>
          </w:tcPr>
          <w:p w14:paraId="40B78410" w14:textId="77777777" w:rsidR="005E021C" w:rsidRDefault="005E021C"/>
          <w:p w14:paraId="7A4CAE14" w14:textId="77777777" w:rsidR="004B6EDC" w:rsidRDefault="004B6EDC"/>
          <w:p w14:paraId="7C694C99" w14:textId="77777777" w:rsidR="004B6EDC" w:rsidRPr="004B6EDC" w:rsidRDefault="004B6EDC"/>
        </w:tc>
        <w:tc>
          <w:tcPr>
            <w:tcW w:w="2723" w:type="dxa"/>
          </w:tcPr>
          <w:p w14:paraId="6EAC8729" w14:textId="77777777" w:rsidR="005E021C" w:rsidRPr="004B6EDC" w:rsidRDefault="005E021C"/>
        </w:tc>
        <w:tc>
          <w:tcPr>
            <w:tcW w:w="2723" w:type="dxa"/>
          </w:tcPr>
          <w:p w14:paraId="6BCA1A37" w14:textId="77777777" w:rsidR="005E021C" w:rsidRPr="004B6EDC" w:rsidRDefault="005E021C"/>
        </w:tc>
      </w:tr>
      <w:tr w:rsidR="005E021C" w:rsidRPr="004B6EDC" w14:paraId="4DFEF7DC" w14:textId="77777777" w:rsidTr="004B6EDC">
        <w:trPr>
          <w:trHeight w:val="521"/>
        </w:trPr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546FDD60" w14:textId="77777777" w:rsidR="005E021C" w:rsidRPr="004B6EDC" w:rsidRDefault="00000000" w:rsidP="004B6EDC">
            <w:pPr>
              <w:jc w:val="center"/>
              <w:rPr>
                <w:b/>
                <w:bCs/>
              </w:rPr>
            </w:pPr>
            <w:r w:rsidRPr="004B6EDC">
              <w:rPr>
                <w:b/>
                <w:bCs/>
              </w:rPr>
              <w:t>Thursday</w:t>
            </w:r>
          </w:p>
        </w:tc>
        <w:tc>
          <w:tcPr>
            <w:tcW w:w="3778" w:type="dxa"/>
          </w:tcPr>
          <w:p w14:paraId="45CBFED2" w14:textId="77777777" w:rsidR="005E021C" w:rsidRDefault="005E021C"/>
          <w:p w14:paraId="79A3092A" w14:textId="77777777" w:rsidR="004B6EDC" w:rsidRDefault="004B6EDC"/>
          <w:p w14:paraId="628C82A4" w14:textId="77777777" w:rsidR="004B6EDC" w:rsidRPr="004B6EDC" w:rsidRDefault="004B6EDC"/>
        </w:tc>
        <w:tc>
          <w:tcPr>
            <w:tcW w:w="2723" w:type="dxa"/>
          </w:tcPr>
          <w:p w14:paraId="437CB474" w14:textId="77777777" w:rsidR="005E021C" w:rsidRPr="004B6EDC" w:rsidRDefault="005E021C"/>
        </w:tc>
        <w:tc>
          <w:tcPr>
            <w:tcW w:w="2723" w:type="dxa"/>
          </w:tcPr>
          <w:p w14:paraId="2223AF0B" w14:textId="77777777" w:rsidR="005E021C" w:rsidRPr="004B6EDC" w:rsidRDefault="005E021C"/>
        </w:tc>
      </w:tr>
      <w:tr w:rsidR="005E021C" w:rsidRPr="004B6EDC" w14:paraId="37FB76CE" w14:textId="77777777" w:rsidTr="004B6EDC">
        <w:trPr>
          <w:trHeight w:val="548"/>
        </w:trPr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49779BF9" w14:textId="77777777" w:rsidR="005E021C" w:rsidRPr="004B6EDC" w:rsidRDefault="00000000" w:rsidP="004B6EDC">
            <w:pPr>
              <w:jc w:val="center"/>
              <w:rPr>
                <w:b/>
                <w:bCs/>
              </w:rPr>
            </w:pPr>
            <w:r w:rsidRPr="004B6EDC">
              <w:rPr>
                <w:b/>
                <w:bCs/>
              </w:rPr>
              <w:t>Friday</w:t>
            </w:r>
          </w:p>
        </w:tc>
        <w:tc>
          <w:tcPr>
            <w:tcW w:w="3778" w:type="dxa"/>
          </w:tcPr>
          <w:p w14:paraId="61C4C93D" w14:textId="77777777" w:rsidR="005E021C" w:rsidRDefault="005E021C"/>
          <w:p w14:paraId="3B90470C" w14:textId="77777777" w:rsidR="004B6EDC" w:rsidRDefault="004B6EDC"/>
          <w:p w14:paraId="0CA76C43" w14:textId="77777777" w:rsidR="004B6EDC" w:rsidRPr="004B6EDC" w:rsidRDefault="004B6EDC"/>
        </w:tc>
        <w:tc>
          <w:tcPr>
            <w:tcW w:w="2723" w:type="dxa"/>
          </w:tcPr>
          <w:p w14:paraId="0DF100CA" w14:textId="77777777" w:rsidR="005E021C" w:rsidRPr="004B6EDC" w:rsidRDefault="005E021C"/>
        </w:tc>
        <w:tc>
          <w:tcPr>
            <w:tcW w:w="2723" w:type="dxa"/>
          </w:tcPr>
          <w:p w14:paraId="71B7EC91" w14:textId="77777777" w:rsidR="005E021C" w:rsidRPr="004B6EDC" w:rsidRDefault="005E021C"/>
        </w:tc>
      </w:tr>
      <w:tr w:rsidR="005E021C" w:rsidRPr="004B6EDC" w14:paraId="01FDFC67" w14:textId="77777777" w:rsidTr="004B6EDC">
        <w:trPr>
          <w:trHeight w:val="521"/>
        </w:trPr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4509878A" w14:textId="77777777" w:rsidR="005E021C" w:rsidRPr="004B6EDC" w:rsidRDefault="00000000" w:rsidP="004B6EDC">
            <w:pPr>
              <w:jc w:val="center"/>
              <w:rPr>
                <w:b/>
                <w:bCs/>
              </w:rPr>
            </w:pPr>
            <w:r w:rsidRPr="004B6EDC">
              <w:rPr>
                <w:b/>
                <w:bCs/>
              </w:rPr>
              <w:t>Saturday</w:t>
            </w:r>
          </w:p>
        </w:tc>
        <w:tc>
          <w:tcPr>
            <w:tcW w:w="3778" w:type="dxa"/>
          </w:tcPr>
          <w:p w14:paraId="5E13BF51" w14:textId="77777777" w:rsidR="005E021C" w:rsidRDefault="005E021C"/>
          <w:p w14:paraId="1FA3AFAE" w14:textId="77777777" w:rsidR="004B6EDC" w:rsidRDefault="004B6EDC"/>
          <w:p w14:paraId="19A196A5" w14:textId="77777777" w:rsidR="004B6EDC" w:rsidRPr="004B6EDC" w:rsidRDefault="004B6EDC"/>
        </w:tc>
        <w:tc>
          <w:tcPr>
            <w:tcW w:w="2723" w:type="dxa"/>
          </w:tcPr>
          <w:p w14:paraId="671D05CA" w14:textId="77777777" w:rsidR="005E021C" w:rsidRPr="004B6EDC" w:rsidRDefault="005E021C"/>
        </w:tc>
        <w:tc>
          <w:tcPr>
            <w:tcW w:w="2723" w:type="dxa"/>
          </w:tcPr>
          <w:p w14:paraId="5F740C05" w14:textId="77777777" w:rsidR="005E021C" w:rsidRPr="004B6EDC" w:rsidRDefault="005E021C"/>
        </w:tc>
      </w:tr>
      <w:tr w:rsidR="005E021C" w:rsidRPr="004B6EDC" w14:paraId="7AAA625C" w14:textId="77777777" w:rsidTr="004B6EDC">
        <w:trPr>
          <w:trHeight w:val="548"/>
        </w:trPr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07C8B411" w14:textId="77777777" w:rsidR="005E021C" w:rsidRPr="004B6EDC" w:rsidRDefault="00000000" w:rsidP="004B6EDC">
            <w:pPr>
              <w:jc w:val="center"/>
              <w:rPr>
                <w:b/>
                <w:bCs/>
              </w:rPr>
            </w:pPr>
            <w:r w:rsidRPr="004B6EDC">
              <w:rPr>
                <w:b/>
                <w:bCs/>
              </w:rPr>
              <w:t>Sunday</w:t>
            </w:r>
          </w:p>
        </w:tc>
        <w:tc>
          <w:tcPr>
            <w:tcW w:w="3778" w:type="dxa"/>
          </w:tcPr>
          <w:p w14:paraId="7F660C69" w14:textId="77777777" w:rsidR="005E021C" w:rsidRDefault="005E021C"/>
          <w:p w14:paraId="0868775C" w14:textId="77777777" w:rsidR="004B6EDC" w:rsidRDefault="004B6EDC"/>
          <w:p w14:paraId="39B0AFF1" w14:textId="77777777" w:rsidR="004B6EDC" w:rsidRPr="004B6EDC" w:rsidRDefault="004B6EDC"/>
        </w:tc>
        <w:tc>
          <w:tcPr>
            <w:tcW w:w="2723" w:type="dxa"/>
          </w:tcPr>
          <w:p w14:paraId="4A5A9120" w14:textId="77777777" w:rsidR="005E021C" w:rsidRPr="004B6EDC" w:rsidRDefault="005E021C"/>
        </w:tc>
        <w:tc>
          <w:tcPr>
            <w:tcW w:w="2723" w:type="dxa"/>
          </w:tcPr>
          <w:p w14:paraId="0F7E485A" w14:textId="77777777" w:rsidR="005E021C" w:rsidRPr="004B6EDC" w:rsidRDefault="005E021C"/>
        </w:tc>
      </w:tr>
    </w:tbl>
    <w:p w14:paraId="758C5011" w14:textId="77777777" w:rsidR="005E021C" w:rsidRPr="004B6EDC" w:rsidRDefault="005E021C"/>
    <w:p w14:paraId="0413B1EE" w14:textId="77777777" w:rsidR="005E021C" w:rsidRPr="004B6EDC" w:rsidRDefault="00000000">
      <w:pPr>
        <w:pStyle w:val="Heading2"/>
        <w:rPr>
          <w:rFonts w:asciiTheme="minorHAnsi" w:hAnsiTheme="minorHAnsi"/>
        </w:rPr>
      </w:pPr>
      <w:r w:rsidRPr="004B6EDC">
        <w:rPr>
          <w:rFonts w:asciiTheme="minorHAnsi" w:hAnsiTheme="minorHAnsi"/>
        </w:rPr>
        <w:t>Guidance Notes</w:t>
      </w:r>
    </w:p>
    <w:p w14:paraId="281B6AD8" w14:textId="77777777" w:rsidR="004B6EDC" w:rsidRDefault="004B6EDC" w:rsidP="004B6EDC">
      <w:pPr>
        <w:pStyle w:val="NormalWeb"/>
      </w:pPr>
      <w:r>
        <w:t>Please complete this activity log as accurately and honestly as possible based on your usual weekly physical activity and exercise habits during the selected recording week.</w:t>
      </w:r>
    </w:p>
    <w:p w14:paraId="3EDEA2B5" w14:textId="77777777" w:rsidR="004B6EDC" w:rsidRDefault="004B6EDC" w:rsidP="004B6EDC">
      <w:pPr>
        <w:pStyle w:val="NormalWeb"/>
      </w:pPr>
      <w:r>
        <w:t>Examples of physical activity may include walking, gym training, Pilates, yoga, running, cycling, swimming, fitness classes, sports, or resistance training.</w:t>
      </w:r>
    </w:p>
    <w:p w14:paraId="7E14C31B" w14:textId="77777777" w:rsidR="004B6EDC" w:rsidRDefault="004B6EDC" w:rsidP="004B6EDC">
      <w:pPr>
        <w:pStyle w:val="NormalWeb"/>
      </w:pPr>
      <w:r>
        <w:t>Please record the main type of activity completed each day, the approximate duration, and the intensity level that best reflects your effort.</w:t>
      </w:r>
    </w:p>
    <w:p w14:paraId="7090F896" w14:textId="60363FE2" w:rsidR="004B6EDC" w:rsidRPr="004B6EDC" w:rsidRDefault="004B6EDC" w:rsidP="004B6EDC">
      <w:pPr>
        <w:pStyle w:val="NormalWeb"/>
      </w:pPr>
      <w:r w:rsidRPr="004B6EDC">
        <w:rPr>
          <w:color w:val="EE0000"/>
        </w:rPr>
        <w:t>Once completed, please return this document</w:t>
      </w:r>
      <w:r>
        <w:t xml:space="preserve"> either by email to </w:t>
      </w:r>
      <w:r>
        <w:rPr>
          <w:rStyle w:val="Strong"/>
        </w:rPr>
        <w:t>SH2310@live.mdx.ac.uk</w:t>
      </w:r>
      <w:r>
        <w:t xml:space="preserve"> or by leaving a printed copy at Harris Mind &amp; Body reception for Sarah to collect.</w:t>
      </w:r>
    </w:p>
    <w:sectPr w:rsidR="004B6EDC" w:rsidRPr="004B6EDC" w:rsidSect="004B6E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399765">
    <w:abstractNumId w:val="8"/>
  </w:num>
  <w:num w:numId="2" w16cid:durableId="585960965">
    <w:abstractNumId w:val="6"/>
  </w:num>
  <w:num w:numId="3" w16cid:durableId="1449740796">
    <w:abstractNumId w:val="5"/>
  </w:num>
  <w:num w:numId="4" w16cid:durableId="367417130">
    <w:abstractNumId w:val="4"/>
  </w:num>
  <w:num w:numId="5" w16cid:durableId="1684551679">
    <w:abstractNumId w:val="7"/>
  </w:num>
  <w:num w:numId="6" w16cid:durableId="1739522756">
    <w:abstractNumId w:val="3"/>
  </w:num>
  <w:num w:numId="7" w16cid:durableId="1697459605">
    <w:abstractNumId w:val="2"/>
  </w:num>
  <w:num w:numId="8" w16cid:durableId="732049738">
    <w:abstractNumId w:val="1"/>
  </w:num>
  <w:num w:numId="9" w16cid:durableId="933242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90F00"/>
    <w:rsid w:val="00143857"/>
    <w:rsid w:val="0015074B"/>
    <w:rsid w:val="0029639D"/>
    <w:rsid w:val="00326F90"/>
    <w:rsid w:val="004B6EDC"/>
    <w:rsid w:val="005E021C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65693"/>
  <w14:defaultImageDpi w14:val="300"/>
  <w15:docId w15:val="{19C9D7BA-2414-A448-8599-C79DB331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4B6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Sarah HARRIS</cp:lastModifiedBy>
  <cp:revision>3</cp:revision>
  <dcterms:created xsi:type="dcterms:W3CDTF">2013-12-23T23:15:00Z</dcterms:created>
  <dcterms:modified xsi:type="dcterms:W3CDTF">2026-05-27T12:47:00Z</dcterms:modified>
  <cp:category/>
</cp:coreProperties>
</file>