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54E82" w14:textId="02E62D5A" w:rsidR="00F00608" w:rsidRDefault="0008072D" w:rsidP="0008072D">
      <w:pPr>
        <w:pStyle w:val="Heading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B524E5" wp14:editId="18B92986">
            <wp:simplePos x="0" y="0"/>
            <wp:positionH relativeFrom="column">
              <wp:posOffset>4309110</wp:posOffset>
            </wp:positionH>
            <wp:positionV relativeFrom="paragraph">
              <wp:posOffset>-736600</wp:posOffset>
            </wp:positionV>
            <wp:extent cx="1659255" cy="1659255"/>
            <wp:effectExtent l="0" t="0" r="4445" b="4445"/>
            <wp:wrapNone/>
            <wp:docPr id="1335312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312003" name="Picture 133531200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t>Biometric Information Sheet</w:t>
      </w:r>
    </w:p>
    <w:p w14:paraId="0B11BE03" w14:textId="77777777" w:rsidR="0008072D" w:rsidRDefault="0008072D">
      <w:pPr>
        <w:pStyle w:val="Heading2"/>
      </w:pPr>
    </w:p>
    <w:p w14:paraId="1BDD9090" w14:textId="127AC62F" w:rsidR="00F00608" w:rsidRDefault="00000000">
      <w:pPr>
        <w:pStyle w:val="Heading2"/>
      </w:pPr>
      <w:r>
        <w:t>Guidance Notes</w:t>
      </w:r>
    </w:p>
    <w:p w14:paraId="1DFFB5D6" w14:textId="77777777" w:rsidR="00F00608" w:rsidRDefault="00000000">
      <w:pPr>
        <w:pStyle w:val="ListBullet"/>
      </w:pPr>
      <w:r>
        <w:t>Please complete this form as accurately and honestly as possible during your selected recording week.</w:t>
      </w:r>
    </w:p>
    <w:p w14:paraId="75EF9E31" w14:textId="77777777" w:rsidR="00F00608" w:rsidRDefault="00000000">
      <w:pPr>
        <w:pStyle w:val="ListBullet"/>
      </w:pPr>
      <w:r>
        <w:t>Please complete this form during the same week as your physical activity log and 3-day food diary.</w:t>
      </w:r>
    </w:p>
    <w:p w14:paraId="5CB86BAF" w14:textId="5E10D261" w:rsidR="0008072D" w:rsidRDefault="0008072D">
      <w:pPr>
        <w:pStyle w:val="ListBullet"/>
      </w:pPr>
      <w:r>
        <w:t xml:space="preserve">Please use your usual home measurements, personal records, or smart device data where available. </w:t>
      </w:r>
    </w:p>
    <w:p w14:paraId="0494BAA3" w14:textId="77777777" w:rsidR="00F00608" w:rsidRDefault="00000000">
      <w:pPr>
        <w:pStyle w:val="ListBullet"/>
      </w:pPr>
      <w:r>
        <w:t>Where possible, body weight should ideally be measured in the morning after using the bathroom and before eating or drinking.</w:t>
      </w:r>
    </w:p>
    <w:p w14:paraId="58C8A3DB" w14:textId="77777777" w:rsidR="00F00608" w:rsidRDefault="00000000">
      <w:pPr>
        <w:pStyle w:val="ListBullet"/>
      </w:pPr>
      <w:r>
        <w:t>If you do not know your exact height, a height measurement station is available at Harris Mind &amp; Body. Please ask at reception if you would like assistance.</w:t>
      </w:r>
    </w:p>
    <w:p w14:paraId="2442DB95" w14:textId="77777777" w:rsidR="00F00608" w:rsidRDefault="00000000">
      <w:pPr>
        <w:pStyle w:val="ListBullet"/>
      </w:pPr>
      <w:r>
        <w:t>All information provided will remain confidential and will be anonymised during analysis.</w:t>
      </w:r>
    </w:p>
    <w:p w14:paraId="33EEA07F" w14:textId="77777777" w:rsidR="00F00608" w:rsidRDefault="00000000">
      <w:pPr>
        <w:pStyle w:val="ListBullet"/>
      </w:pPr>
      <w:r w:rsidRPr="0008072D">
        <w:rPr>
          <w:color w:val="EE0000"/>
        </w:rPr>
        <w:t xml:space="preserve">Once completed, please return this form </w:t>
      </w:r>
      <w:r>
        <w:t xml:space="preserve">either by email to </w:t>
      </w:r>
      <w:r w:rsidRPr="0008072D">
        <w:rPr>
          <w:b/>
          <w:bCs/>
        </w:rPr>
        <w:t>SH2310@live.mdx.ac.uk</w:t>
      </w:r>
      <w:r>
        <w:t xml:space="preserve"> or by leaving a printed copy at Harris Mind &amp; Body reception for Sarah to collect.</w:t>
      </w:r>
    </w:p>
    <w:p w14:paraId="648FF8E8" w14:textId="77777777" w:rsidR="00F00608" w:rsidRDefault="00F0060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547"/>
      </w:tblGrid>
      <w:tr w:rsidR="00F00608" w14:paraId="1884ACF4" w14:textId="77777777" w:rsidTr="0008072D">
        <w:tc>
          <w:tcPr>
            <w:tcW w:w="2093" w:type="dxa"/>
          </w:tcPr>
          <w:p w14:paraId="024CD525" w14:textId="77777777" w:rsidR="00F00608" w:rsidRDefault="00000000">
            <w:r>
              <w:t>Participant ID</w:t>
            </w:r>
          </w:p>
        </w:tc>
        <w:tc>
          <w:tcPr>
            <w:tcW w:w="6547" w:type="dxa"/>
          </w:tcPr>
          <w:p w14:paraId="59030B83" w14:textId="77777777" w:rsidR="00F00608" w:rsidRDefault="00F00608"/>
          <w:p w14:paraId="58999F64" w14:textId="77777777" w:rsidR="0008072D" w:rsidRDefault="0008072D"/>
        </w:tc>
      </w:tr>
      <w:tr w:rsidR="00F00608" w14:paraId="50028367" w14:textId="77777777" w:rsidTr="0008072D">
        <w:tc>
          <w:tcPr>
            <w:tcW w:w="2093" w:type="dxa"/>
          </w:tcPr>
          <w:p w14:paraId="34EBCD28" w14:textId="77777777" w:rsidR="00F00608" w:rsidRDefault="00000000">
            <w:r>
              <w:t>Week Beginning</w:t>
            </w:r>
          </w:p>
        </w:tc>
        <w:tc>
          <w:tcPr>
            <w:tcW w:w="6547" w:type="dxa"/>
          </w:tcPr>
          <w:p w14:paraId="21244ED3" w14:textId="77777777" w:rsidR="00F00608" w:rsidRDefault="00F00608"/>
          <w:p w14:paraId="552A3A11" w14:textId="77777777" w:rsidR="0008072D" w:rsidRDefault="0008072D"/>
        </w:tc>
      </w:tr>
      <w:tr w:rsidR="00F00608" w14:paraId="6498527F" w14:textId="77777777" w:rsidTr="0008072D">
        <w:tc>
          <w:tcPr>
            <w:tcW w:w="2093" w:type="dxa"/>
          </w:tcPr>
          <w:p w14:paraId="0B77EF79" w14:textId="77777777" w:rsidR="00F00608" w:rsidRDefault="00000000">
            <w:r>
              <w:t>Age (years)</w:t>
            </w:r>
          </w:p>
        </w:tc>
        <w:tc>
          <w:tcPr>
            <w:tcW w:w="6547" w:type="dxa"/>
          </w:tcPr>
          <w:p w14:paraId="13914A1C" w14:textId="77777777" w:rsidR="00F00608" w:rsidRDefault="00F00608"/>
          <w:p w14:paraId="132A9B66" w14:textId="77777777" w:rsidR="0008072D" w:rsidRDefault="0008072D"/>
        </w:tc>
      </w:tr>
      <w:tr w:rsidR="00F00608" w14:paraId="1BFA181E" w14:textId="77777777" w:rsidTr="0008072D">
        <w:tc>
          <w:tcPr>
            <w:tcW w:w="2093" w:type="dxa"/>
          </w:tcPr>
          <w:p w14:paraId="42A1C60D" w14:textId="77777777" w:rsidR="00F00608" w:rsidRDefault="00000000">
            <w:r>
              <w:t>Sex</w:t>
            </w:r>
          </w:p>
        </w:tc>
        <w:tc>
          <w:tcPr>
            <w:tcW w:w="6547" w:type="dxa"/>
          </w:tcPr>
          <w:p w14:paraId="4D010EAD" w14:textId="77777777" w:rsidR="00F00608" w:rsidRDefault="00F00608"/>
          <w:p w14:paraId="5337BA7C" w14:textId="77777777" w:rsidR="0008072D" w:rsidRDefault="0008072D"/>
        </w:tc>
      </w:tr>
      <w:tr w:rsidR="00F00608" w14:paraId="1042B6E5" w14:textId="77777777" w:rsidTr="0008072D">
        <w:tc>
          <w:tcPr>
            <w:tcW w:w="2093" w:type="dxa"/>
          </w:tcPr>
          <w:p w14:paraId="647BEE0B" w14:textId="77777777" w:rsidR="00F00608" w:rsidRDefault="00000000">
            <w:r>
              <w:t>Height (cm)</w:t>
            </w:r>
          </w:p>
        </w:tc>
        <w:tc>
          <w:tcPr>
            <w:tcW w:w="6547" w:type="dxa"/>
          </w:tcPr>
          <w:p w14:paraId="6BD8FA6E" w14:textId="77777777" w:rsidR="00F00608" w:rsidRDefault="00F00608"/>
          <w:p w14:paraId="01681037" w14:textId="77777777" w:rsidR="0008072D" w:rsidRDefault="0008072D"/>
        </w:tc>
      </w:tr>
      <w:tr w:rsidR="00F00608" w14:paraId="6EBE7A7B" w14:textId="77777777" w:rsidTr="0008072D">
        <w:tc>
          <w:tcPr>
            <w:tcW w:w="2093" w:type="dxa"/>
          </w:tcPr>
          <w:p w14:paraId="6A6F2969" w14:textId="308A40DB" w:rsidR="00F00608" w:rsidRDefault="00000000">
            <w:r>
              <w:t xml:space="preserve">Weight </w:t>
            </w:r>
          </w:p>
        </w:tc>
        <w:tc>
          <w:tcPr>
            <w:tcW w:w="6547" w:type="dxa"/>
          </w:tcPr>
          <w:p w14:paraId="37CC4244" w14:textId="77777777" w:rsidR="00F00608" w:rsidRDefault="00F00608"/>
          <w:p w14:paraId="45948BA8" w14:textId="77777777" w:rsidR="0008072D" w:rsidRDefault="0008072D"/>
        </w:tc>
      </w:tr>
    </w:tbl>
    <w:p w14:paraId="50124D76" w14:textId="77777777" w:rsidR="00F00608" w:rsidRDefault="00F00608"/>
    <w:p w14:paraId="4492459E" w14:textId="40FB2C6C" w:rsidR="0008072D" w:rsidRDefault="0008072D" w:rsidP="0008072D">
      <w:pPr>
        <w:pStyle w:val="NormalWeb"/>
      </w:pPr>
      <w:r>
        <w:t>Please provide weight in either kilograms (kg) or stones and pounds (st/lbs). Please note that all weight data will be converted to kilograms for the purposes of analysis within this study</w:t>
      </w:r>
      <w:r>
        <w:t xml:space="preserve"> though</w:t>
      </w:r>
      <w:r>
        <w:t>.</w:t>
      </w:r>
    </w:p>
    <w:p w14:paraId="69328C58" w14:textId="3216FEB3" w:rsidR="00F00608" w:rsidRDefault="00F00608"/>
    <w:sectPr w:rsidR="00F00608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46251670">
    <w:abstractNumId w:val="8"/>
  </w:num>
  <w:num w:numId="2" w16cid:durableId="1516646715">
    <w:abstractNumId w:val="6"/>
  </w:num>
  <w:num w:numId="3" w16cid:durableId="268659537">
    <w:abstractNumId w:val="5"/>
  </w:num>
  <w:num w:numId="4" w16cid:durableId="207838018">
    <w:abstractNumId w:val="4"/>
  </w:num>
  <w:num w:numId="5" w16cid:durableId="274406313">
    <w:abstractNumId w:val="7"/>
  </w:num>
  <w:num w:numId="6" w16cid:durableId="1252739415">
    <w:abstractNumId w:val="3"/>
  </w:num>
  <w:num w:numId="7" w16cid:durableId="517276137">
    <w:abstractNumId w:val="2"/>
  </w:num>
  <w:num w:numId="8" w16cid:durableId="1983464235">
    <w:abstractNumId w:val="1"/>
  </w:num>
  <w:num w:numId="9" w16cid:durableId="1981381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8072D"/>
    <w:rsid w:val="00143857"/>
    <w:rsid w:val="0015074B"/>
    <w:rsid w:val="0029639D"/>
    <w:rsid w:val="00326F90"/>
    <w:rsid w:val="00AA1D8D"/>
    <w:rsid w:val="00B47730"/>
    <w:rsid w:val="00CB0664"/>
    <w:rsid w:val="00F0060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177CDE"/>
  <w14:defaultImageDpi w14:val="300"/>
  <w15:docId w15:val="{19C9D7BA-2414-A448-8599-C79DB331B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080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Sarah HARRIS</cp:lastModifiedBy>
  <cp:revision>2</cp:revision>
  <dcterms:created xsi:type="dcterms:W3CDTF">2013-12-23T23:15:00Z</dcterms:created>
  <dcterms:modified xsi:type="dcterms:W3CDTF">2026-05-27T13:00:00Z</dcterms:modified>
  <cp:category/>
</cp:coreProperties>
</file>